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drawing>
          <wp:inline xmlns:a="http://schemas.openxmlformats.org/drawingml/2006/main" xmlns:pic="http://schemas.openxmlformats.org/drawingml/2006/picture">
            <wp:extent cx="7560310" cy="1069165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" name="BAIDU_BG_src_0_0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691655"/>
                    </a:xfrm>
                    <a:prstGeom prst="rect"/>
                  </pic:spPr>
                </pic:pic>
              </a:graphicData>
            </a:graphic>
          </wp:inline>
        </w:drawing>
      </w:r>
      <w:r>
        <w:drawing>
          <wp:anchor simplePos="0" relativeHeight="251659264" behindDoc="0" locked="0" layoutInCell="1" allowOverlap="1">
            <wp:simplePos x="0" y="0"/>
            <wp:positionH relativeFrom="margin">
              <wp:posOffset>604824</wp:posOffset>
            </wp:positionH>
            <wp:positionV relativeFrom="margin">
              <wp:posOffset>3730688</wp:posOffset>
            </wp:positionV>
            <wp:extent cx="3048738" cy="727854"/>
            <wp:effectExtent l="0" t="0" r="6985" b="14605"/>
            <wp:wrapNone/>
            <wp:docPr id="2" name="Text Box 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3048738" cy="645403"/>
                    </a:xfrm>
                    <a:prstGeom prst="rect"/>
                    <a:solidFill>
                      <a:srgbClr val="FFFFFF"/>
                    </a:solidFill>
                    <a:ln w="6350">
                      <a:noFill/>
                    </a:ln>
                  </wps:spPr>
                  <wps:txbx>
                    <w:txbxContent>
                      <w:p>
                        <w:pPr>
                          <w:spacing w:line="200" w:lineRule="auto"/>
                          <w:ind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42"/>
                            <w:szCs w:val="42"/>
                            <w:b w:val="1"/>
                          </w:rPr>
                          <w:t xml:space="preserve">4G-Temperature Sensing M7</w:t>
                        </w:r>
                      </w:p>
                    </w:txbxContent>
                  </wps:txbx>
                  <wps:bodyPr vertOverflow="overflow" horzOverflow="overflow" wrap="square" lIns="0" tIns="0" rIns="0" bIns="0" compatLnSpc="1">
                    <a:noAutofit/>
                  </wps:bodyPr>
                </wps:wsp>
              </a:graphicData>
            </a:graphic>
          </wp:anchor>
        </w:drawing>
      </w:r>
      <w:r>
        <w:drawing>
          <wp:anchor simplePos="0" relativeHeight="251659264" behindDoc="0" locked="0" layoutInCell="1" allowOverlap="1">
            <wp:simplePos x="0" y="0"/>
            <wp:positionH relativeFrom="margin">
              <wp:posOffset>618890</wp:posOffset>
            </wp:positionH>
            <wp:positionV relativeFrom="margin">
              <wp:posOffset>4458542</wp:posOffset>
            </wp:positionV>
            <wp:extent cx="3034672" cy="416849"/>
            <wp:effectExtent l="0" t="0" r="6985" b="14605"/>
            <wp:wrapNone/>
            <wp:docPr id="3" name="Text Box 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3034672" cy="416849"/>
                    </a:xfrm>
                    <a:prstGeom prst="rect"/>
                    <a:solidFill>
                      <a:srgbClr val="FFFFFF"/>
                    </a:solidFill>
                    <a:ln w="6350">
                      <a:noFill/>
                    </a:ln>
                  </wps:spPr>
                  <wps:txbx>
                    <w:txbxContent>
                      <w:p>
                        <w:pPr>
                          <w:spacing w:line="200" w:lineRule="auto"/>
                          <w:ind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  <w:b w:val="0"/>
                          </w:rPr>
                          <w:t xml:space="preserve">Product Specification</w:t>
                        </w:r>
                      </w:p>
                    </w:txbxContent>
                  </wps:txbx>
                  <wps:bodyPr vertOverflow="overflow" horzOverflow="overflow" wrap="square" lIns="0" tIns="0" rIns="0" bIns="0" compatLnSpc="1">
                    <a:noAutofit/>
                  </wps:bodyPr>
                </wps:wsp>
              </a:graphicData>
            </a:graphic>
          </wp:anchor>
        </w:drawing>
      </w:r>
      <w:r>
        <w:drawing>
          <wp:anchor simplePos="0" relativeHeight="251659264" behindDoc="0" locked="0" layoutInCell="1" allowOverlap="1">
            <wp:simplePos x="0" y="0"/>
            <wp:positionH relativeFrom="margin">
              <wp:posOffset>608341</wp:posOffset>
            </wp:positionH>
            <wp:positionV relativeFrom="margin">
              <wp:posOffset>4943777</wp:posOffset>
            </wp:positionV>
            <wp:extent cx="3045222" cy="248072"/>
            <wp:effectExtent l="0" t="0" r="6985" b="14605"/>
            <wp:wrapNone/>
            <wp:docPr id="4" name="Text Box 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3045222" cy="248072"/>
                    </a:xfrm>
                    <a:prstGeom prst="rect"/>
                    <a:solidFill>
                      <a:srgbClr val="FFFFFF"/>
                    </a:solidFill>
                    <a:ln w="6350">
                      <a:noFill/>
                    </a:ln>
                  </wps:spPr>
                  <wps:txbx>
                    <w:txbxContent>
                      <w:p>
                        <w:pPr>
                          <w:spacing w:line="200" w:lineRule="auto"/>
                          <w:ind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  <w:b w:val="0"/>
                          </w:rPr>
                          <w:t xml:space="preserve">Version 1.0, dated 2022.12</w:t>
                        </w:r>
                      </w:p>
                    </w:txbxContent>
                  </wps:txbx>
                  <wps:bodyPr vertOverflow="overflow" horzOverflow="overflow" wrap="square" lIns="0" tIns="0" rIns="0" bIns="0" compatLnSpc="1">
                    <a:noAutofit/>
                  </wps:bodyPr>
                </wps:wsp>
              </a:graphicData>
            </a:graphic>
          </wp:anchor>
        </w:drawing>
      </w:r>
      <w:pPr>
        <w:spacing/>
      </w:pPr>
    </w:p>
    <w:p>
      <w:pPr>
        <w:sectPr>
          <w:pgSz w:w="11906" w:h="16839"/>
          <w:pgMar w:top="0" w:right="0" w:bottom="0" w:left="0" w:header="720" w:footer="720" w:gutter="0"/>
          <w:cols w:space="720"/>
          <w:docGrid w:linePitch="360"/>
        </w:sectPr>
      </w:pPr>
    </w:p>
    <w:p>
      <w:r>
        <w:drawing>
          <wp:inline xmlns:a="http://schemas.openxmlformats.org/drawingml/2006/main" xmlns:pic="http://schemas.openxmlformats.org/drawingml/2006/picture">
            <wp:extent cx="7560310" cy="10691655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BAIDU_BG_src_0_1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691655"/>
                    </a:xfrm>
                    <a:prstGeom prst="rect"/>
                  </pic:spPr>
                </pic:pic>
              </a:graphicData>
            </a:graphic>
          </wp:inline>
        </w:drawing>
      </w:r>
      <w:r>
        <w:drawing>
          <wp:anchor simplePos="0" relativeHeight="251659264" behindDoc="0" locked="0" layoutInCell="1" allowOverlap="1">
            <wp:simplePos x="0" y="0"/>
            <wp:positionH relativeFrom="margin">
              <wp:posOffset>5471553</wp:posOffset>
            </wp:positionH>
            <wp:positionV relativeFrom="margin">
              <wp:posOffset>548527</wp:posOffset>
            </wp:positionV>
            <wp:extent cx="1297560" cy="310645"/>
            <wp:effectExtent l="0" t="0" r="6985" b="14605"/>
            <wp:wrapNone/>
            <wp:docPr id="6" name="Text Box 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97560" cy="212910"/>
                    </a:xfrm>
                    <a:prstGeom prst="rect"/>
                    <a:solidFill>
                      <a:srgbClr val="FFFFFF"/>
                    </a:solidFill>
                    <a:ln w="6350">
                      <a:noFill/>
                    </a:ln>
                  </wps:spPr>
                  <wps:txbx>
                    <w:txbxContent>
                      <w:p>
                        <w:pPr>
                          <w:spacing w:line="200" w:lineRule="auto"/>
                          <w:ind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b w:val="0"/>
                          </w:rPr>
                          <w:t xml:space="preserve">4G-Temperature Sensing M7 Product Specification</w:t>
                        </w:r>
                      </w:p>
                    </w:txbxContent>
                  </wps:txbx>
                  <wps:bodyPr vertOverflow="overflow" horzOverflow="overflow" wrap="square" lIns="0" tIns="0" rIns="0" bIns="0" compatLnSpc="1">
                    <a:noAutofit/>
                  </wps:bodyPr>
                </wps:wsp>
              </a:graphicData>
            </a:graphic>
          </wp:anchor>
        </w:drawing>
      </w:r>
      <w:r>
        <w:drawing>
          <wp:anchor simplePos="0" relativeHeight="251659264" behindDoc="0" locked="0" layoutInCell="1" allowOverlap="1">
            <wp:simplePos x="0" y="0"/>
            <wp:positionH relativeFrom="margin">
              <wp:posOffset>791195</wp:posOffset>
            </wp:positionH>
            <wp:positionV relativeFrom="margin">
              <wp:posOffset>1146281</wp:posOffset>
            </wp:positionV>
            <wp:extent cx="5974402" cy="237324"/>
            <wp:effectExtent l="0" t="0" r="6985" b="14605"/>
            <wp:wrapNone/>
            <wp:docPr id="7" name="Text Box 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5974402" cy="237324"/>
                    </a:xfrm>
                    <a:prstGeom prst="rect"/>
                    <a:solidFill>
                      <a:srgbClr val="FFFFFF"/>
                    </a:solidFill>
                    <a:ln w="6350">
                      <a:noFill/>
                    </a:ln>
                  </wps:spPr>
                  <wps:txbx>
                    <w:txbxContent>
                      <w:p>
                        <w:pPr>
                          <w:spacing w:line="200" w:lineRule="auto"/>
                          <w:ind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b w:val="1"/>
                          </w:rPr>
                          <w:t xml:space="preserve">Instructions</w:t>
                        </w:r>
                      </w:p>
                    </w:txbxContent>
                  </wps:txbx>
                  <wps:bodyPr vertOverflow="overflow" horzOverflow="overflow" wrap="square" lIns="0" tIns="0" rIns="0" bIns="0" compatLnSpc="1">
                    <a:noAutofit/>
                  </wps:bodyPr>
                </wps:wsp>
              </a:graphicData>
            </a:graphic>
          </wp:anchor>
        </w:drawing>
      </w:r>
      <w:r>
        <w:drawing>
          <wp:anchor simplePos="0" relativeHeight="251659264" behindDoc="0" locked="0" layoutInCell="1" allowOverlap="1">
            <wp:simplePos x="0" y="0"/>
            <wp:positionH relativeFrom="margin">
              <wp:posOffset>791195</wp:posOffset>
            </wp:positionH>
            <wp:positionV relativeFrom="margin">
              <wp:posOffset>1424061</wp:posOffset>
            </wp:positionV>
            <wp:extent cx="5974402" cy="199785"/>
            <wp:effectExtent l="0" t="0" r="6985" b="14605"/>
            <wp:wrapNone/>
            <wp:docPr id="8" name="Text Box 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5974402" cy="199785"/>
                    </a:xfrm>
                    <a:prstGeom prst="rect"/>
                    <a:solidFill>
                      <a:srgbClr val="FFFFFF"/>
                    </a:solidFill>
                    <a:ln w="6350">
                      <a:noFill/>
                    </a:ln>
                  </wps:spPr>
                  <wps:txbx>
                    <w:txbxContent>
                      <w:p>
                        <w:pPr>
                          <w:spacing w:line="200" w:lineRule="auto"/>
                          <w:ind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  <w:b w:val="0"/>
                          </w:rPr>
                          <w:t xml:space="preserve">The corresponding product of this document is the 4G-temperature sensing M7 product specification</w:t>
                        </w:r>
                      </w:p>
                    </w:txbxContent>
                  </wps:txbx>
                  <wps:bodyPr vertOverflow="overflow" horzOverflow="overflow" wrap="square" lIns="0" tIns="0" rIns="0" bIns="0" compatLnSpc="1">
                    <a:noAutofit/>
                  </wps:bodyPr>
                </wps:wsp>
              </a:graphicData>
            </a:graphic>
          </wp:anchor>
        </w:drawing>
      </w:r>
      <w:r>
        <w:drawing>
          <wp:anchor simplePos="0" relativeHeight="251659264" behindDoc="0" locked="0" layoutInCell="1" allowOverlap="1">
            <wp:simplePos x="0" y="0"/>
            <wp:positionH relativeFrom="margin">
              <wp:posOffset>791195</wp:posOffset>
            </wp:positionH>
            <wp:positionV relativeFrom="margin">
              <wp:posOffset>1635033</wp:posOffset>
            </wp:positionV>
            <wp:extent cx="5974402" cy="199500"/>
            <wp:effectExtent l="0" t="0" r="6985" b="14605"/>
            <wp:wrapNone/>
            <wp:docPr id="9" name="Text Box 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5974402" cy="199500"/>
                    </a:xfrm>
                    <a:prstGeom prst="rect"/>
                    <a:solidFill>
                      <a:srgbClr val="FFFFFF"/>
                    </a:solidFill>
                    <a:ln w="6350">
                      <a:noFill/>
                    </a:ln>
                  </wps:spPr>
                  <wps:txbx>
                    <w:txbxContent>
                      <w:p>
                        <w:pPr>
                          <w:spacing w:line="200" w:lineRule="auto"/>
                          <w:ind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  <w:b w:val="0"/>
                          </w:rPr>
                          <w:t xml:space="preserve">This document is intended for system engineers, development engineers, and test engineers</w:t>
                        </w:r>
                      </w:p>
                    </w:txbxContent>
                  </wps:txbx>
                  <wps:bodyPr vertOverflow="overflow" horzOverflow="overflow" wrap="square" lIns="0" tIns="0" rIns="0" bIns="0" compatLnSpc="1">
                    <a:noAutofit/>
                  </wps:bodyPr>
                </wps:wsp>
              </a:graphicData>
            </a:graphic>
          </wp:anchor>
        </w:drawing>
      </w:r>
      <w:r>
        <w:drawing>
          <wp:anchor simplePos="0" relativeHeight="251659264" behindDoc="0" locked="0" layoutInCell="1" allowOverlap="1">
            <wp:simplePos x="0" y="0"/>
            <wp:positionH relativeFrom="margin">
              <wp:posOffset>784162</wp:posOffset>
            </wp:positionH>
            <wp:positionV relativeFrom="margin">
              <wp:posOffset>1853037</wp:posOffset>
            </wp:positionV>
            <wp:extent cx="5981435" cy="470933"/>
            <wp:effectExtent l="0" t="0" r="6985" b="14605"/>
            <wp:wrapNone/>
            <wp:docPr id="10" name="Text Box 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5981435" cy="324276"/>
                    </a:xfrm>
                    <a:prstGeom prst="rect"/>
                    <a:solidFill>
                      <a:srgbClr val="FFFFFF"/>
                    </a:solidFill>
                    <a:ln w="6350">
                      <a:noFill/>
                    </a:ln>
                  </wps:spPr>
                  <wps:txbx>
                    <w:txbxContent>
                      <w:p>
                        <w:pPr>
                          <w:spacing w:line="200" w:lineRule="auto"/>
                          <w:ind w:firstLine="6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  <w:b w:val="0"/>
                          </w:rPr>
                          <w:t xml:space="preserve">This design guide provides support for customer product design. Customers must conduct product design and debugging in accordance with the specifications and parameters outlined in this document.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  <w:b w:val="0"/>
                          </w:rPr>
                          <w:t xml:space="preserve"> The company shall not be liable for any personal injury or property damage caused by improper operation by the customer</w:t>
                        </w:r>
                      </w:p>
                    </w:txbxContent>
                  </wps:txbx>
                  <wps:bodyPr vertOverflow="overflow" horzOverflow="overflow" wrap="square" lIns="0" tIns="0" rIns="0" bIns="0" compatLnSpc="1">
                    <a:noAutofit/>
                  </wps:bodyPr>
                </wps:wsp>
              </a:graphicData>
            </a:graphic>
          </wp:anchor>
        </w:drawing>
      </w:r>
      <w:r>
        <w:drawing>
          <wp:anchor simplePos="0" relativeHeight="251659264" behindDoc="0" locked="0" layoutInCell="1" allowOverlap="1">
            <wp:simplePos x="0" y="0"/>
            <wp:positionH relativeFrom="margin">
              <wp:posOffset>801744</wp:posOffset>
            </wp:positionH>
            <wp:positionV relativeFrom="margin">
              <wp:posOffset>2443759</wp:posOffset>
            </wp:positionV>
            <wp:extent cx="5963853" cy="181087"/>
            <wp:effectExtent l="0" t="0" r="6985" b="14605"/>
            <wp:wrapNone/>
            <wp:docPr id="11" name="Text Box 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5963853" cy="181087"/>
                    </a:xfrm>
                    <a:prstGeom prst="rect"/>
                    <a:solidFill>
                      <a:srgbClr val="FFFFFF"/>
                    </a:solidFill>
                    <a:ln w="6350">
                      <a:noFill/>
                    </a:ln>
                  </wps:spPr>
                  <wps:txbx>
                    <w:txbxContent>
                      <w:p>
                        <w:pPr>
                          <w:spacing w:line="200" w:lineRule="auto"/>
                          <w:ind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b w:val="0"/>
                          </w:rPr>
                          <w:t xml:space="preserve">Due to product version upgrades or other reasons, the content of this document may undergo necessary updates without prior notice</w:t>
                        </w:r>
                      </w:p>
                    </w:txbxContent>
                  </wps:txbx>
                  <wps:bodyPr vertOverflow="overflow" horzOverflow="overflow" wrap="square" lIns="0" tIns="0" rIns="0" bIns="0" compatLnSpc="1">
                    <a:noAutofit/>
                  </wps:bodyPr>
                </wps:wsp>
              </a:graphicData>
            </a:graphic>
          </wp:anchor>
        </w:drawing>
      </w:r>
      <w:r>
        <w:drawing>
          <wp:anchor simplePos="0" relativeHeight="251659264" behindDoc="0" locked="0" layoutInCell="1" allowOverlap="1">
            <wp:simplePos x="0" y="0"/>
            <wp:positionH relativeFrom="margin">
              <wp:posOffset>794711</wp:posOffset>
            </wp:positionH>
            <wp:positionV relativeFrom="margin">
              <wp:posOffset>2619569</wp:posOffset>
            </wp:positionV>
            <wp:extent cx="5970886" cy="347888"/>
            <wp:effectExtent l="0" t="0" r="6985" b="14605"/>
            <wp:wrapNone/>
            <wp:docPr id="12" name="Text Box 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5970886" cy="226975"/>
                    </a:xfrm>
                    <a:prstGeom prst="rect"/>
                    <a:solidFill>
                      <a:srgbClr val="FFFFFF"/>
                    </a:solidFill>
                    <a:ln w="6350">
                      <a:noFill/>
                    </a:ln>
                  </wps:spPr>
                  <wps:txbx>
                    <w:txbxContent>
                      <w:p>
                        <w:pPr>
                          <w:spacing w:line="200" w:lineRule="auto"/>
                          <w:ind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  <w:b w:val="0"/>
                          </w:rPr>
                          <w:t xml:space="preserve">Unless otherwise agreed, all statements, information, and recommendations in this document do not constitute any express or implied warranties</w:t>
                        </w:r>
                      </w:p>
                    </w:txbxContent>
                  </wps:txbx>
                  <wps:bodyPr vertOverflow="overflow" horzOverflow="overflow" wrap="square" lIns="0" tIns="0" rIns="0" bIns="0" compatLnSpc="1">
                    <a:noAutofit/>
                  </wps:bodyPr>
                </wps:wsp>
              </a:graphicData>
            </a:graphic>
          </wp:anchor>
        </w:drawing>
      </w:r>
      <w:pPr>
        <w:spacing/>
      </w:pPr>
    </w:p>
    <w:p>
      <w:pPr>
        <w:sectPr>
          <w:pgSz w:w="11906" w:h="16839"/>
          <w:pgMar w:top="0" w:right="0" w:bottom="0" w:left="0" w:header="720" w:footer="720" w:gutter="0"/>
          <w:cols w:space="720"/>
          <w:docGrid w:linePitch="360"/>
        </w:sectPr>
      </w:pPr>
    </w:p>
    <w:p>
      <w:r>
        <w:drawing>
          <wp:inline xmlns:a="http://schemas.openxmlformats.org/drawingml/2006/main" xmlns:pic="http://schemas.openxmlformats.org/drawingml/2006/picture">
            <wp:extent cx="7560310" cy="10691655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" name="BAIDU_BG_src_0_2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691655"/>
                    </a:xfrm>
                    <a:prstGeom prst="rect"/>
                  </pic:spPr>
                </pic:pic>
              </a:graphicData>
            </a:graphic>
          </wp:inline>
        </w:drawing>
      </w:r>
      <w:r>
        <w:drawing>
          <wp:anchor simplePos="0" relativeHeight="251659264" behindDoc="0" locked="0" layoutInCell="1" allowOverlap="1">
            <wp:simplePos x="0" y="0"/>
            <wp:positionH relativeFrom="margin">
              <wp:posOffset>5471553</wp:posOffset>
            </wp:positionH>
            <wp:positionV relativeFrom="margin">
              <wp:posOffset>344587</wp:posOffset>
            </wp:positionV>
            <wp:extent cx="1290527" cy="174055"/>
            <wp:effectExtent l="0" t="0" r="6985" b="14605"/>
            <wp:wrapNone/>
            <wp:docPr id="14" name="Text Box 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90527" cy="174055"/>
                    </a:xfrm>
                    <a:prstGeom prst="rect"/>
                    <a:solidFill>
                      <a:srgbClr val="FFFFFF"/>
                    </a:solidFill>
                    <a:ln w="6350">
                      <a:noFill/>
                    </a:ln>
                  </wps:spPr>
                  <wps:txbx>
                    <w:txbxContent>
                      <w:p>
                        <w:pPr>
                          <w:spacing w:line="200" w:lineRule="auto"/>
                          <w:ind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  <w:b w:val="0"/>
                          </w:rPr>
                          <w:t xml:space="preserve">4G-Temperature Sensing M7 Product Specification</w:t>
                        </w:r>
                      </w:p>
                    </w:txbxContent>
                  </wps:txbx>
                  <wps:bodyPr vertOverflow="overflow" horzOverflow="overflow" wrap="square" lIns="0" tIns="0" rIns="0" bIns="0" compatLnSpc="1">
                    <a:noAutofit/>
                  </wps:bodyPr>
                </wps:wsp>
              </a:graphicData>
            </a:graphic>
          </wp:anchor>
        </w:drawing>
      </w:r>
      <w:r>
        <w:drawing>
          <wp:anchor simplePos="0" relativeHeight="251659264" behindDoc="0" locked="0" layoutInCell="1" allowOverlap="1">
            <wp:simplePos x="0" y="0"/>
            <wp:positionH relativeFrom="margin">
              <wp:posOffset>6533513</wp:posOffset>
            </wp:positionH>
            <wp:positionV relativeFrom="margin">
              <wp:posOffset>513365</wp:posOffset>
            </wp:positionV>
            <wp:extent cx="232084" cy="310645"/>
            <wp:effectExtent l="0" t="0" r="6985" b="14605"/>
            <wp:wrapNone/>
            <wp:docPr id="15" name="Text Box 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232084" cy="195329"/>
                    </a:xfrm>
                    <a:prstGeom prst="rect"/>
                    <a:solidFill>
                      <a:srgbClr val="FFFFFF"/>
                    </a:solidFill>
                    <a:ln w="6350">
                      <a:noFill/>
                    </a:ln>
                  </wps:spPr>
                  <wps:txbx>
                    <w:txbxContent>
                      <w:p>
                        <w:pPr>
                          <w:spacing w:line="200" w:lineRule="auto"/>
                          <w:ind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b w:val="0"/>
                          </w:rPr>
                          <w:t xml:space="preserve">catalogue</w:t>
                        </w:r>
                      </w:p>
                    </w:txbxContent>
                  </wps:txbx>
                  <wps:bodyPr vertOverflow="overflow" horzOverflow="overflow" wrap="square" lIns="0" tIns="0" rIns="0" bIns="0" compatLnSpc="1">
                    <a:noAutofit/>
                  </wps:bodyPr>
                </wps:wsp>
              </a:graphicData>
            </a:graphic>
          </wp:anchor>
        </w:drawing>
      </w:r>
      <w:r>
        <w:drawing>
          <wp:anchor simplePos="0" relativeHeight="251659264" behindDoc="0" locked="0" layoutInCell="1" allowOverlap="1">
            <wp:simplePos x="0" y="0"/>
            <wp:positionH relativeFrom="margin">
              <wp:posOffset>3287855</wp:posOffset>
            </wp:positionH>
            <wp:positionV relativeFrom="margin">
              <wp:posOffset>1659646</wp:posOffset>
            </wp:positionV>
            <wp:extent cx="1061959" cy="306696"/>
            <wp:effectExtent l="0" t="0" r="6985" b="14605"/>
            <wp:wrapNone/>
            <wp:docPr id="16" name="Text Box 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061959" cy="306696"/>
                    </a:xfrm>
                    <a:prstGeom prst="rect"/>
                    <a:solidFill>
                      <a:srgbClr val="FFFFFF"/>
                    </a:solidFill>
                    <a:ln w="6350">
                      <a:noFill/>
                    </a:ln>
                  </wps:spPr>
                  <wps:txbx>
                    <w:txbxContent>
                      <w:p>
                        <w:pPr>
                          <w:spacing w:line="200" w:lineRule="auto"/>
                          <w:ind w:firstLine="4087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b w:val="0"/>
                          </w:rPr>
                          <w:t xml:space="preserve">catalogue</w:t>
                        </w:r>
                      </w:p>
                    </w:txbxContent>
                  </wps:txbx>
                  <wps:bodyPr vertOverflow="overflow" horzOverflow="overflow" wrap="square" lIns="0" tIns="0" rIns="0" bIns="0" compatLnSpc="1">
                    <a:noAutofit/>
                  </wps:bodyPr>
                </wps:wsp>
              </a:graphicData>
            </a:graphic>
          </wp:anchor>
        </w:drawing>
      </w:r>
      <w:r>
        <w:drawing>
          <wp:anchor simplePos="0" relativeHeight="251659264" behindDoc="0" locked="0" layoutInCell="1" allowOverlap="1">
            <wp:simplePos x="0" y="0"/>
            <wp:positionH relativeFrom="margin">
              <wp:posOffset>798227</wp:posOffset>
            </wp:positionH>
            <wp:positionV relativeFrom="margin">
              <wp:posOffset>2352338</wp:posOffset>
            </wp:positionV>
            <wp:extent cx="5956819" cy="190661"/>
            <wp:effectExtent l="0" t="0" r="6985" b="14605"/>
            <wp:wrapNone/>
            <wp:docPr id="17" name="Text Box 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5956819" cy="190661"/>
                    </a:xfrm>
                    <a:prstGeom prst="rect"/>
                    <a:solidFill>
                      <a:srgbClr val="FFFFFF"/>
                    </a:solidFill>
                    <a:ln w="6350">
                      <a:noFill/>
                    </a:ln>
                  </wps:spPr>
                  <wps:txbx>
                    <w:txbxContent>
                      <w:p>
                        <w:pPr>
                          <w:spacing w:line="200" w:lineRule="auto"/>
                          <w:ind w:firstLine="4087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b w:val="0"/>
                          </w:rPr>
                          <w:t xml:space="preserve">.....................................</w:t>
                        </w:r>
                      </w:p>
                    </w:txbxContent>
                  </wps:txbx>
                  <wps:bodyPr vertOverflow="overflow" horzOverflow="overflow" wrap="square" lIns="0" tIns="0" rIns="0" bIns="0" compatLnSpc="1">
                    <a:noAutofit/>
                  </wps:bodyPr>
                </wps:wsp>
              </a:graphicData>
            </a:graphic>
          </wp:anchor>
        </w:drawing>
      </w:r>
      <w:r>
        <w:drawing>
          <wp:anchor simplePos="0" relativeHeight="251659264" behindDoc="0" locked="0" layoutInCell="1" allowOverlap="1">
            <wp:simplePos x="0" y="0"/>
            <wp:positionH relativeFrom="margin">
              <wp:posOffset>1195583</wp:posOffset>
            </wp:positionH>
            <wp:positionV relativeFrom="margin">
              <wp:posOffset>2598472</wp:posOffset>
            </wp:positionV>
            <wp:extent cx="5552430" cy="173080"/>
            <wp:effectExtent l="0" t="0" r="6985" b="14605"/>
            <wp:wrapNone/>
            <wp:docPr id="18" name="Text Box 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5552430" cy="173080"/>
                    </a:xfrm>
                    <a:prstGeom prst="rect"/>
                    <a:solidFill>
                      <a:srgbClr val="FFFFFF"/>
                    </a:solidFill>
                    <a:ln w="6350">
                      <a:noFill/>
                    </a:ln>
                  </wps:spPr>
                  <wps:txbx>
                    <w:txbxContent>
                      <w:p>
                        <w:pPr>
                          <w:spacing w:line="200" w:lineRule="auto"/>
                          <w:ind w:firstLine="4087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b w:val="0"/>
                          </w:rPr>
                          <w:t xml:space="preserve">......................</w:t>
                        </w:r>
                      </w:p>
                    </w:txbxContent>
                  </wps:txbx>
                  <wps:bodyPr vertOverflow="overflow" horzOverflow="overflow" wrap="square" lIns="0" tIns="0" rIns="0" bIns="0" compatLnSpc="1">
                    <a:noAutofit/>
                  </wps:bodyPr>
                </wps:wsp>
              </a:graphicData>
            </a:graphic>
          </wp:anchor>
        </w:drawing>
      </w:r>
      <w:r>
        <w:drawing>
          <wp:anchor simplePos="0" relativeHeight="251659264" behindDoc="0" locked="0" layoutInCell="1" allowOverlap="1">
            <wp:simplePos x="0" y="0"/>
            <wp:positionH relativeFrom="margin">
              <wp:posOffset>1185034</wp:posOffset>
            </wp:positionH>
            <wp:positionV relativeFrom="margin">
              <wp:posOffset>2802411</wp:posOffset>
            </wp:positionV>
            <wp:extent cx="5562980" cy="162531"/>
            <wp:effectExtent l="0" t="0" r="6985" b="14605"/>
            <wp:wrapNone/>
            <wp:docPr id="19" name="Text Box 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5562980" cy="162531"/>
                    </a:xfrm>
                    <a:prstGeom prst="rect"/>
                    <a:solidFill>
                      <a:srgbClr val="FFFFFF"/>
                    </a:solidFill>
                    <a:ln w="6350">
                      <a:noFill/>
                    </a:ln>
                  </wps:spPr>
                  <wps:txbx>
                    <w:txbxContent>
                      <w:p>
                        <w:pPr>
                          <w:spacing w:line="200" w:lineRule="auto"/>
                          <w:ind w:firstLine="4087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b w:val="0"/>
                          </w:rPr>
                          <w:t xml:space="preserve">......</w:t>
                        </w:r>
                      </w:p>
                    </w:txbxContent>
                  </wps:txbx>
                  <wps:bodyPr vertOverflow="overflow" horzOverflow="overflow" wrap="square" lIns="0" tIns="0" rIns="0" bIns="0" compatLnSpc="1">
                    <a:noAutofit/>
                  </wps:bodyPr>
                </wps:wsp>
              </a:graphicData>
            </a:graphic>
          </wp:anchor>
        </w:drawing>
      </w:r>
      <w:r>
        <w:drawing>
          <wp:anchor simplePos="0" relativeHeight="251659264" behindDoc="0" locked="0" layoutInCell="1" allowOverlap="1">
            <wp:simplePos x="0" y="0"/>
            <wp:positionH relativeFrom="margin">
              <wp:posOffset>1188550</wp:posOffset>
            </wp:positionH>
            <wp:positionV relativeFrom="margin">
              <wp:posOffset>3009867</wp:posOffset>
            </wp:positionV>
            <wp:extent cx="5559463" cy="159015"/>
            <wp:effectExtent l="0" t="0" r="6985" b="14605"/>
            <wp:wrapNone/>
            <wp:docPr id="20" name="Text Box 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5559463" cy="159015"/>
                    </a:xfrm>
                    <a:prstGeom prst="rect"/>
                    <a:solidFill>
                      <a:srgbClr val="FFFFFF"/>
                    </a:solidFill>
                    <a:ln w="6350">
                      <a:noFill/>
                    </a:ln>
                  </wps:spPr>
                  <wps:txbx>
                    <w:txbxContent>
                      <w:p>
                        <w:pPr>
                          <w:spacing w:line="200" w:lineRule="auto"/>
                          <w:ind w:firstLine="4087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b w:val="0"/>
                          </w:rPr>
                          <w:t xml:space="preserve">.......................</w:t>
                        </w:r>
                      </w:p>
                    </w:txbxContent>
                  </wps:txbx>
                  <wps:bodyPr vertOverflow="overflow" horzOverflow="overflow" wrap="square" lIns="0" tIns="0" rIns="0" bIns="0" compatLnSpc="1">
                    <a:noAutofit/>
                  </wps:bodyPr>
                </wps:wsp>
              </a:graphicData>
            </a:graphic>
          </wp:anchor>
        </w:drawing>
      </w:r>
      <w:r>
        <w:drawing>
          <wp:anchor simplePos="0" relativeHeight="251659264" behindDoc="0" locked="0" layoutInCell="1" allowOverlap="1">
            <wp:simplePos x="0" y="0"/>
            <wp:positionH relativeFrom="margin">
              <wp:posOffset>1188550</wp:posOffset>
            </wp:positionH>
            <wp:positionV relativeFrom="margin">
              <wp:posOffset>3213807</wp:posOffset>
            </wp:positionV>
            <wp:extent cx="5566496" cy="166047"/>
            <wp:effectExtent l="0" t="0" r="6985" b="14605"/>
            <wp:wrapNone/>
            <wp:docPr id="21" name="Text Box 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5566496" cy="166047"/>
                    </a:xfrm>
                    <a:prstGeom prst="rect"/>
                    <a:solidFill>
                      <a:srgbClr val="FFFFFF"/>
                    </a:solidFill>
                    <a:ln w="6350">
                      <a:noFill/>
                    </a:ln>
                  </wps:spPr>
                  <wps:txbx>
                    <w:txbxContent>
                      <w:p>
                        <w:pPr>
                          <w:spacing w:line="200" w:lineRule="auto"/>
                          <w:ind w:firstLine="4087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b w:val="0"/>
                          </w:rPr>
                          <w:t xml:space="preserve">...................................</w:t>
                        </w:r>
                      </w:p>
                    </w:txbxContent>
                  </wps:txbx>
                  <wps:bodyPr vertOverflow="overflow" horzOverflow="overflow" wrap="square" lIns="0" tIns="0" rIns="0" bIns="0" compatLnSpc="1">
                    <a:noAutofit/>
                  </wps:bodyPr>
                </wps:wsp>
              </a:graphicData>
            </a:graphic>
          </wp:anchor>
        </w:drawing>
      </w:r>
      <w:r>
        <w:drawing>
          <wp:anchor simplePos="0" relativeHeight="251659264" behindDoc="0" locked="0" layoutInCell="1" allowOverlap="1">
            <wp:simplePos x="0" y="0"/>
            <wp:positionH relativeFrom="margin">
              <wp:posOffset>805260</wp:posOffset>
            </wp:positionH>
            <wp:positionV relativeFrom="margin">
              <wp:posOffset>3424778</wp:posOffset>
            </wp:positionV>
            <wp:extent cx="5939237" cy="180113"/>
            <wp:effectExtent l="0" t="0" r="6985" b="14605"/>
            <wp:wrapNone/>
            <wp:docPr id="22" name="Text Box 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5939237" cy="180113"/>
                    </a:xfrm>
                    <a:prstGeom prst="rect"/>
                    <a:solidFill>
                      <a:srgbClr val="FFFFFF"/>
                    </a:solidFill>
                    <a:ln w="6350">
                      <a:noFill/>
                    </a:ln>
                  </wps:spPr>
                  <wps:txbx>
                    <w:txbxContent>
                      <w:p>
                        <w:pPr>
                          <w:spacing w:line="200" w:lineRule="auto"/>
                          <w:ind w:firstLine="4087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b w:val="0"/>
                          </w:rPr>
                          <w:t xml:space="preserve">1.............................</w:t>
                        </w:r>
                      </w:p>
                    </w:txbxContent>
                  </wps:txbx>
                  <wps:bodyPr vertOverflow="overflow" horzOverflow="overflow" wrap="square" lIns="0" tIns="0" rIns="0" bIns="0" compatLnSpc="1">
                    <a:noAutofit/>
                  </wps:bodyPr>
                </wps:wsp>
              </a:graphicData>
            </a:graphic>
          </wp:anchor>
        </w:drawing>
      </w:r>
      <w:r>
        <w:drawing>
          <wp:anchor simplePos="0" relativeHeight="251659264" behindDoc="0" locked="0" layoutInCell="1" allowOverlap="1">
            <wp:simplePos x="0" y="0"/>
            <wp:positionH relativeFrom="margin">
              <wp:posOffset>1206133</wp:posOffset>
            </wp:positionH>
            <wp:positionV relativeFrom="margin">
              <wp:posOffset>3674429</wp:posOffset>
            </wp:positionV>
            <wp:extent cx="5541881" cy="151983"/>
            <wp:effectExtent l="0" t="0" r="6985" b="14605"/>
            <wp:wrapNone/>
            <wp:docPr id="23" name="Text Box 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5541881" cy="151983"/>
                    </a:xfrm>
                    <a:prstGeom prst="rect"/>
                    <a:solidFill>
                      <a:srgbClr val="FFFFFF"/>
                    </a:solidFill>
                    <a:ln w="6350">
                      <a:noFill/>
                    </a:ln>
                  </wps:spPr>
                  <wps:txbx>
                    <w:txbxContent>
                      <w:p>
                        <w:pPr>
                          <w:spacing w:line="200" w:lineRule="auto"/>
                          <w:ind w:firstLine="4087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b w:val="0"/>
                          </w:rPr>
                          <w:t xml:space="preserve">1.........</w:t>
                        </w:r>
                      </w:p>
                    </w:txbxContent>
                  </wps:txbx>
                  <wps:bodyPr vertOverflow="overflow" horzOverflow="overflow" wrap="square" lIns="0" tIns="0" rIns="0" bIns="0" compatLnSpc="1">
                    <a:noAutofit/>
                  </wps:bodyPr>
                </wps:wsp>
              </a:graphicData>
            </a:graphic>
          </wp:anchor>
        </w:drawing>
      </w:r>
      <w:r>
        <w:drawing>
          <wp:anchor simplePos="0" relativeHeight="251659264" behindDoc="0" locked="0" layoutInCell="1" allowOverlap="1">
            <wp:simplePos x="0" y="0"/>
            <wp:positionH relativeFrom="margin">
              <wp:posOffset>1202616</wp:posOffset>
            </wp:positionH>
            <wp:positionV relativeFrom="margin">
              <wp:posOffset>3878369</wp:posOffset>
            </wp:positionV>
            <wp:extent cx="5552431" cy="159015"/>
            <wp:effectExtent l="0" t="0" r="6985" b="14605"/>
            <wp:wrapNone/>
            <wp:docPr id="24" name="Text Box 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5552431" cy="159015"/>
                    </a:xfrm>
                    <a:prstGeom prst="rect"/>
                    <a:solidFill>
                      <a:srgbClr val="FFFFFF"/>
                    </a:solidFill>
                    <a:ln w="6350">
                      <a:noFill/>
                    </a:ln>
                  </wps:spPr>
                  <wps:txbx>
                    <w:txbxContent>
                      <w:p>
                        <w:pPr>
                          <w:spacing w:line="200" w:lineRule="auto"/>
                          <w:ind w:firstLine="4087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b w:val="0"/>
                          </w:rPr>
                          <w:t xml:space="preserve">1...............................</w:t>
                        </w:r>
                      </w:p>
                    </w:txbxContent>
                  </wps:txbx>
                  <wps:bodyPr vertOverflow="overflow" horzOverflow="overflow" wrap="square" lIns="0" tIns="0" rIns="0" bIns="0" compatLnSpc="1">
                    <a:noAutofit/>
                  </wps:bodyPr>
                </wps:wsp>
              </a:graphicData>
            </a:graphic>
          </wp:anchor>
        </w:drawing>
      </w:r>
      <w:r>
        <w:drawing>
          <wp:anchor simplePos="0" relativeHeight="251659264" behindDoc="0" locked="0" layoutInCell="1" allowOverlap="1">
            <wp:simplePos x="0" y="0"/>
            <wp:positionH relativeFrom="margin">
              <wp:posOffset>1199100</wp:posOffset>
            </wp:positionH>
            <wp:positionV relativeFrom="margin">
              <wp:posOffset>4082308</wp:posOffset>
            </wp:positionV>
            <wp:extent cx="5552431" cy="155499"/>
            <wp:effectExtent l="0" t="0" r="6985" b="14605"/>
            <wp:wrapNone/>
            <wp:docPr id="25" name="Text Box 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5552431" cy="155499"/>
                    </a:xfrm>
                    <a:prstGeom prst="rect"/>
                    <a:solidFill>
                      <a:srgbClr val="FFFFFF"/>
                    </a:solidFill>
                    <a:ln w="6350">
                      <a:noFill/>
                    </a:ln>
                  </wps:spPr>
                  <wps:txbx>
                    <w:txbxContent>
                      <w:p>
                        <w:pPr>
                          <w:spacing w:line="200" w:lineRule="auto"/>
                          <w:ind w:firstLine="4087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b w:val="0"/>
                          </w:rPr>
                          <w:t xml:space="preserve">1.........</w:t>
                        </w:r>
                      </w:p>
                    </w:txbxContent>
                  </wps:txbx>
                  <wps:bodyPr vertOverflow="overflow" horzOverflow="overflow" wrap="square" lIns="0" tIns="0" rIns="0" bIns="0" compatLnSpc="1">
                    <a:noAutofit/>
                  </wps:bodyPr>
                </wps:wsp>
              </a:graphicData>
            </a:graphic>
          </wp:anchor>
        </w:drawing>
      </w:r>
      <w:r>
        <w:drawing>
          <wp:anchor simplePos="0" relativeHeight="251659264" behindDoc="0" locked="0" layoutInCell="1" allowOverlap="1">
            <wp:simplePos x="0" y="0"/>
            <wp:positionH relativeFrom="margin">
              <wp:posOffset>1396019</wp:posOffset>
            </wp:positionH>
            <wp:positionV relativeFrom="margin">
              <wp:posOffset>4293280</wp:posOffset>
            </wp:positionV>
            <wp:extent cx="5344962" cy="151983"/>
            <wp:effectExtent l="0" t="0" r="6985" b="14605"/>
            <wp:wrapNone/>
            <wp:docPr id="26" name="Text Box 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5344962" cy="151983"/>
                    </a:xfrm>
                    <a:prstGeom prst="rect"/>
                    <a:solidFill>
                      <a:srgbClr val="FFFFFF"/>
                    </a:solidFill>
                    <a:ln w="6350">
                      <a:noFill/>
                    </a:ln>
                  </wps:spPr>
                  <wps:txbx>
                    <w:txbxContent>
                      <w:p>
                        <w:pPr>
                          <w:spacing w:line="200" w:lineRule="auto"/>
                          <w:ind w:firstLine="4087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b w:val="0"/>
                          </w:rPr>
                          <w:t xml:space="preserve">.....</w:t>
                        </w:r>
                      </w:p>
                    </w:txbxContent>
                  </wps:txbx>
                  <wps:bodyPr vertOverflow="overflow" horzOverflow="overflow" wrap="square" lIns="0" tIns="0" rIns="0" bIns="0" compatLnSpc="1">
                    <a:noAutofit/>
                  </wps:bodyPr>
                </wps:wsp>
              </a:graphicData>
            </a:graphic>
          </wp:anchor>
        </w:drawing>
      </w:r>
      <w:r>
        <w:drawing>
          <wp:anchor simplePos="0" relativeHeight="251659264" behindDoc="0" locked="0" layoutInCell="1" allowOverlap="1">
            <wp:simplePos x="0" y="0"/>
            <wp:positionH relativeFrom="margin">
              <wp:posOffset>1399536</wp:posOffset>
            </wp:positionH>
            <wp:positionV relativeFrom="margin">
              <wp:posOffset>4497220</wp:posOffset>
            </wp:positionV>
            <wp:extent cx="5341445" cy="151983"/>
            <wp:effectExtent l="0" t="0" r="6985" b="14605"/>
            <wp:wrapNone/>
            <wp:docPr id="27" name="Text Box 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5341445" cy="151983"/>
                    </a:xfrm>
                    <a:prstGeom prst="rect"/>
                    <a:solidFill>
                      <a:srgbClr val="FFFFFF"/>
                    </a:solidFill>
                    <a:ln w="6350">
                      <a:noFill/>
                    </a:ln>
                  </wps:spPr>
                  <wps:txbx>
                    <w:txbxContent>
                      <w:p>
                        <w:pPr>
                          <w:spacing w:line="200" w:lineRule="auto"/>
                          <w:ind w:firstLine="4087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b w:val="0"/>
                          </w:rPr>
                          <w:t xml:space="preserve">...................</w:t>
                        </w:r>
                      </w:p>
                    </w:txbxContent>
                  </wps:txbx>
                  <wps:bodyPr vertOverflow="overflow" horzOverflow="overflow" wrap="square" lIns="0" tIns="0" rIns="0" bIns="0" compatLnSpc="1">
                    <a:noAutofit/>
                  </wps:bodyPr>
                </wps:wsp>
              </a:graphicData>
            </a:graphic>
          </wp:anchor>
        </w:drawing>
      </w:r>
      <w:r>
        <w:drawing>
          <wp:anchor simplePos="0" relativeHeight="251659264" behindDoc="0" locked="0" layoutInCell="1" allowOverlap="1">
            <wp:simplePos x="0" y="0"/>
            <wp:positionH relativeFrom="margin">
              <wp:posOffset>1399536</wp:posOffset>
            </wp:positionH>
            <wp:positionV relativeFrom="margin">
              <wp:posOffset>4701160</wp:posOffset>
            </wp:positionV>
            <wp:extent cx="5351995" cy="148467"/>
            <wp:effectExtent l="0" t="0" r="6985" b="14605"/>
            <wp:wrapNone/>
            <wp:docPr id="28" name="Text Box 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5351995" cy="148467"/>
                    </a:xfrm>
                    <a:prstGeom prst="rect"/>
                    <a:solidFill>
                      <a:srgbClr val="FFFFFF"/>
                    </a:solidFill>
                    <a:ln w="6350">
                      <a:noFill/>
                    </a:ln>
                  </wps:spPr>
                  <wps:txbx>
                    <w:txbxContent>
                      <w:p>
                        <w:pPr>
                          <w:spacing w:line="200" w:lineRule="auto"/>
                          <w:ind w:firstLine="4087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b w:val="0"/>
                          </w:rPr>
                          <w:t xml:space="preserve">..................</w:t>
                        </w:r>
                      </w:p>
                    </w:txbxContent>
                  </wps:txbx>
                  <wps:bodyPr vertOverflow="overflow" horzOverflow="overflow" wrap="square" lIns="0" tIns="0" rIns="0" bIns="0" compatLnSpc="1">
                    <a:noAutofit/>
                  </wps:bodyPr>
                </wps:wsp>
              </a:graphicData>
            </a:graphic>
          </wp:anchor>
        </w:drawing>
      </w:r>
      <w:r>
        <w:drawing>
          <wp:anchor simplePos="0" relativeHeight="251659264" behindDoc="0" locked="0" layoutInCell="1" allowOverlap="1">
            <wp:simplePos x="0" y="0"/>
            <wp:positionH relativeFrom="margin">
              <wp:posOffset>780645</wp:posOffset>
            </wp:positionH>
            <wp:positionV relativeFrom="margin">
              <wp:posOffset>4905099</wp:posOffset>
            </wp:positionV>
            <wp:extent cx="5960336" cy="183629"/>
            <wp:effectExtent l="0" t="0" r="6985" b="14605"/>
            <wp:wrapNone/>
            <wp:docPr id="29" name="Text Box 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5960336" cy="183629"/>
                    </a:xfrm>
                    <a:prstGeom prst="rect"/>
                    <a:solidFill>
                      <a:srgbClr val="FFFFFF"/>
                    </a:solidFill>
                    <a:ln w="6350">
                      <a:noFill/>
                    </a:ln>
                  </wps:spPr>
                  <wps:txbx>
                    <w:txbxContent>
                      <w:p>
                        <w:pPr>
                          <w:spacing w:line="200" w:lineRule="auto"/>
                          <w:ind w:firstLine="4087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b w:val="0"/>
                          </w:rPr>
                          <w:t xml:space="preserve">2................................</w:t>
                        </w:r>
                      </w:p>
                    </w:txbxContent>
                  </wps:txbx>
                  <wps:bodyPr vertOverflow="overflow" horzOverflow="overflow" wrap="square" lIns="0" tIns="0" rIns="0" bIns="0" compatLnSpc="1">
                    <a:noAutofit/>
                  </wps:bodyPr>
                </wps:wsp>
              </a:graphicData>
            </a:graphic>
          </wp:anchor>
        </w:drawing>
      </w:r>
      <w:r>
        <w:drawing>
          <wp:anchor simplePos="0" relativeHeight="251659264" behindDoc="0" locked="0" layoutInCell="1" allowOverlap="1">
            <wp:simplePos x="0" y="0"/>
            <wp:positionH relativeFrom="margin">
              <wp:posOffset>1178001</wp:posOffset>
            </wp:positionH>
            <wp:positionV relativeFrom="margin">
              <wp:posOffset>5144201</wp:posOffset>
            </wp:positionV>
            <wp:extent cx="5580562" cy="162531"/>
            <wp:effectExtent l="0" t="0" r="6985" b="14605"/>
            <wp:wrapNone/>
            <wp:docPr id="30" name="Text Box 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5580562" cy="162531"/>
                    </a:xfrm>
                    <a:prstGeom prst="rect"/>
                    <a:solidFill>
                      <a:srgbClr val="FFFFFF"/>
                    </a:solidFill>
                    <a:ln w="6350">
                      <a:noFill/>
                    </a:ln>
                  </wps:spPr>
                  <wps:txbx>
                    <w:txbxContent>
                      <w:p>
                        <w:pPr>
                          <w:spacing w:line="200" w:lineRule="auto"/>
                          <w:ind w:firstLine="4087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b w:val="0"/>
                          </w:rPr>
                          <w:t xml:space="preserve">..............</w:t>
                        </w:r>
                      </w:p>
                    </w:txbxContent>
                  </wps:txbx>
                  <wps:bodyPr vertOverflow="overflow" horzOverflow="overflow" wrap="square" lIns="0" tIns="0" rIns="0" bIns="0" compatLnSpc="1">
                    <a:noAutofit/>
                  </wps:bodyPr>
                </wps:wsp>
              </a:graphicData>
            </a:graphic>
          </wp:anchor>
        </w:drawing>
      </w:r>
      <w:r>
        <w:drawing>
          <wp:anchor simplePos="0" relativeHeight="251659264" behindDoc="0" locked="0" layoutInCell="1" allowOverlap="1">
            <wp:simplePos x="0" y="0"/>
            <wp:positionH relativeFrom="margin">
              <wp:posOffset>1174485</wp:posOffset>
            </wp:positionH>
            <wp:positionV relativeFrom="margin">
              <wp:posOffset>5369238</wp:posOffset>
            </wp:positionV>
            <wp:extent cx="5566496" cy="162531"/>
            <wp:effectExtent l="0" t="0" r="6985" b="14605"/>
            <wp:wrapNone/>
            <wp:docPr id="31" name="Text Box 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5566496" cy="162531"/>
                    </a:xfrm>
                    <a:prstGeom prst="rect"/>
                    <a:solidFill>
                      <a:srgbClr val="FFFFFF"/>
                    </a:solidFill>
                    <a:ln w="6350">
                      <a:noFill/>
                    </a:ln>
                  </wps:spPr>
                  <wps:txbx>
                    <w:txbxContent>
                      <w:p>
                        <w:pPr>
                          <w:spacing w:line="200" w:lineRule="auto"/>
                          <w:ind w:firstLine="4087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b w:val="0"/>
                          </w:rPr>
                          <w:t xml:space="preserve">..........</w:t>
                        </w:r>
                      </w:p>
                    </w:txbxContent>
                  </wps:txbx>
                  <wps:bodyPr vertOverflow="overflow" horzOverflow="overflow" wrap="square" lIns="0" tIns="0" rIns="0" bIns="0" compatLnSpc="1">
                    <a:noAutofit/>
                  </wps:bodyPr>
                </wps:wsp>
              </a:graphicData>
            </a:graphic>
          </wp:anchor>
        </w:drawing>
      </w:r>
      <w:pPr>
        <w:spacing/>
      </w:pPr>
    </w:p>
    <w:p>
      <w:pPr>
        <w:sectPr>
          <w:pgSz w:w="11906" w:h="16839"/>
          <w:pgMar w:top="0" w:right="0" w:bottom="0" w:left="0" w:header="720" w:footer="720" w:gutter="0"/>
          <w:cols w:space="720"/>
          <w:docGrid w:linePitch="360"/>
        </w:sectPr>
      </w:pPr>
    </w:p>
    <w:p>
      <w:r>
        <w:drawing>
          <wp:inline xmlns:a="http://schemas.openxmlformats.org/drawingml/2006/main" xmlns:pic="http://schemas.openxmlformats.org/drawingml/2006/picture">
            <wp:extent cx="7560310" cy="10691655"/>
            <wp:docPr id="32" name="Picture 3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BAIDU_BG_src_0_3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691655"/>
                    </a:xfrm>
                    <a:prstGeom prst="rect"/>
                  </pic:spPr>
                </pic:pic>
              </a:graphicData>
            </a:graphic>
          </wp:inline>
        </w:drawing>
      </w:r>
      <w:r>
        <w:drawing>
          <wp:anchor simplePos="0" relativeHeight="251659264" behindDoc="0" locked="0" layoutInCell="1" allowOverlap="1">
            <wp:simplePos x="0" y="0"/>
            <wp:positionH relativeFrom="margin">
              <wp:posOffset>5464521</wp:posOffset>
            </wp:positionH>
            <wp:positionV relativeFrom="margin">
              <wp:posOffset>812242</wp:posOffset>
            </wp:positionV>
            <wp:extent cx="1378437" cy="426246"/>
            <wp:effectExtent l="0" t="0" r="6985" b="14605"/>
            <wp:wrapNone/>
            <wp:docPr id="33" name="Text Box 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378437" cy="426246"/>
                    </a:xfrm>
                    <a:prstGeom prst="rect"/>
                    <a:solidFill>
                      <a:srgbClr val="FFFFFF"/>
                    </a:solidFill>
                    <a:ln w="6350">
                      <a:noFill/>
                    </a:ln>
                  </wps:spPr>
                  <wps:txbx>
                    <w:txbxContent>
                      <w:p>
                        <w:pPr>
                          <w:spacing w:line="200" w:lineRule="auto"/>
                          <w:ind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b w:val="0"/>
                          </w:rPr>
                          <w:t xml:space="preserve">4G-Temperature Sensing M7 Product Specification About this Document</w:t>
                        </w:r>
                      </w:p>
                    </w:txbxContent>
                  </wps:txbx>
                  <wps:bodyPr vertOverflow="overflow" horzOverflow="overflow" wrap="square" lIns="0" tIns="0" rIns="0" bIns="0" compatLnSpc="1">
                    <a:noAutofit/>
                  </wps:bodyPr>
                </wps:wsp>
              </a:graphicData>
            </a:graphic>
          </wp:anchor>
        </w:drawing>
      </w:r>
      <w:r>
        <w:drawing>
          <wp:anchor simplePos="0" relativeHeight="251659264" behindDoc="0" locked="0" layoutInCell="1" allowOverlap="1">
            <wp:simplePos x="0" y="0"/>
            <wp:positionH relativeFrom="margin">
              <wp:posOffset>815810</wp:posOffset>
            </wp:positionH>
            <wp:positionV relativeFrom="margin">
              <wp:posOffset>1814359</wp:posOffset>
            </wp:positionV>
            <wp:extent cx="6027148" cy="374655"/>
            <wp:effectExtent l="0" t="0" r="6985" b="14605"/>
            <wp:wrapNone/>
            <wp:docPr id="34" name="Text Box 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6027148" cy="374655"/>
                    </a:xfrm>
                    <a:prstGeom prst="rect"/>
                    <a:solidFill>
                      <a:srgbClr val="FFFFFF"/>
                    </a:solidFill>
                    <a:ln w="6350">
                      <a:noFill/>
                    </a:ln>
                  </wps:spPr>
                  <wps:txbx>
                    <w:txbxContent>
                      <w:p>
                        <w:pPr>
                          <w:spacing w:line="200" w:lineRule="auto"/>
                          <w:ind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b w:val="1"/>
                          </w:rPr>
                          <w:t xml:space="preserve">Regarding this document</w:t>
                        </w:r>
                      </w:p>
                    </w:txbxContent>
                  </wps:txbx>
                  <wps:bodyPr vertOverflow="overflow" horzOverflow="overflow" wrap="square" lIns="0" tIns="0" rIns="0" bIns="0" compatLnSpc="1">
                    <a:noAutofit/>
                  </wps:bodyPr>
                </wps:wsp>
              </a:graphicData>
            </a:graphic>
          </wp:anchor>
        </w:drawing>
      </w:r>
      <w:r>
        <w:drawing>
          <wp:anchor simplePos="0" relativeHeight="251659264" behindDoc="0" locked="0" layoutInCell="1" allowOverlap="1">
            <wp:simplePos x="0" y="0"/>
            <wp:positionH relativeFrom="margin">
              <wp:posOffset>801744</wp:posOffset>
            </wp:positionH>
            <wp:positionV relativeFrom="margin">
              <wp:posOffset>2559793</wp:posOffset>
            </wp:positionV>
            <wp:extent cx="6041214" cy="318396"/>
            <wp:effectExtent l="0" t="0" r="6985" b="14605"/>
            <wp:wrapNone/>
            <wp:docPr id="35" name="Text Box 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6041214" cy="318396"/>
                    </a:xfrm>
                    <a:prstGeom prst="rect"/>
                    <a:solidFill>
                      <a:srgbClr val="FFFFFF"/>
                    </a:solidFill>
                    <a:ln w="6350">
                      <a:noFill/>
                    </a:ln>
                  </wps:spPr>
                  <wps:txbx>
                    <w:txbxContent>
                      <w:p>
                        <w:pPr>
                          <w:spacing w:line="200" w:lineRule="auto"/>
                          <w:ind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b w:val="1"/>
                          </w:rPr>
                          <w:t xml:space="preserve">scope</w:t>
                        </w:r>
                      </w:p>
                    </w:txbxContent>
                  </wps:txbx>
                  <wps:bodyPr vertOverflow="overflow" horzOverflow="overflow" wrap="square" lIns="0" tIns="0" rIns="0" bIns="0" compatLnSpc="1">
                    <a:noAutofit/>
                  </wps:bodyPr>
                </wps:wsp>
              </a:graphicData>
            </a:graphic>
          </wp:anchor>
        </w:drawing>
      </w:r>
      <w:r>
        <w:drawing>
          <wp:anchor simplePos="0" relativeHeight="251659264" behindDoc="0" locked="0" layoutInCell="1" allowOverlap="1">
            <wp:simplePos x="0" y="0"/>
            <wp:positionH relativeFrom="margin">
              <wp:posOffset>1054926</wp:posOffset>
            </wp:positionH>
            <wp:positionV relativeFrom="margin">
              <wp:posOffset>3048545</wp:posOffset>
            </wp:positionV>
            <wp:extent cx="5788031" cy="244556"/>
            <wp:effectExtent l="0" t="0" r="6985" b="14605"/>
            <wp:wrapNone/>
            <wp:docPr id="36" name="Text Box 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5788031" cy="244556"/>
                    </a:xfrm>
                    <a:prstGeom prst="rect"/>
                    <a:solidFill>
                      <a:srgbClr val="FFFFFF"/>
                    </a:solidFill>
                    <a:ln w="6350">
                      <a:noFill/>
                    </a:ln>
                  </wps:spPr>
                  <wps:txbx>
                    <w:txbxContent>
                      <w:p>
                        <w:pPr>
                          <w:spacing w:line="200" w:lineRule="auto"/>
                          <w:ind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  <w:b w:val="0"/>
                          </w:rPr>
                          <w:t xml:space="preserve">The product corresponding to this document is the 4G-temperature sensing M7 product specification</w:t>
                        </w:r>
                      </w:p>
                    </w:txbxContent>
                  </wps:txbx>
                  <wps:bodyPr vertOverflow="overflow" horzOverflow="overflow" wrap="square" lIns="0" tIns="0" rIns="0" bIns="0" compatLnSpc="1">
                    <a:noAutofit/>
                  </wps:bodyPr>
                </wps:wsp>
              </a:graphicData>
            </a:graphic>
          </wp:anchor>
        </w:drawing>
      </w:r>
      <w:r>
        <w:drawing>
          <wp:anchor simplePos="0" relativeHeight="251659264" behindDoc="0" locked="0" layoutInCell="1" allowOverlap="1">
            <wp:simplePos x="0" y="0"/>
            <wp:positionH relativeFrom="margin">
              <wp:posOffset>794711</wp:posOffset>
            </wp:positionH>
            <wp:positionV relativeFrom="margin">
              <wp:posOffset>3597073</wp:posOffset>
            </wp:positionV>
            <wp:extent cx="6048247" cy="325428"/>
            <wp:effectExtent l="0" t="0" r="6985" b="14605"/>
            <wp:wrapNone/>
            <wp:docPr id="37" name="Text Box 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6048247" cy="325428"/>
                    </a:xfrm>
                    <a:prstGeom prst="rect"/>
                    <a:solidFill>
                      <a:srgbClr val="FFFFFF"/>
                    </a:solidFill>
                    <a:ln w="6350">
                      <a:noFill/>
                    </a:ln>
                  </wps:spPr>
                  <wps:txbx>
                    <w:txbxContent>
                      <w:p>
                        <w:pPr>
                          <w:spacing w:line="200" w:lineRule="auto"/>
                          <w:ind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b w:val="1"/>
                          </w:rPr>
                          <w:t xml:space="preserve">Target audience</w:t>
                        </w:r>
                      </w:p>
                    </w:txbxContent>
                  </wps:txbx>
                  <wps:bodyPr vertOverflow="overflow" horzOverflow="overflow" wrap="square" lIns="0" tIns="0" rIns="0" bIns="0" compatLnSpc="1">
                    <a:noAutofit/>
                  </wps:bodyPr>
                </wps:wsp>
              </a:graphicData>
            </a:graphic>
          </wp:anchor>
        </w:drawing>
      </w:r>
      <w:r>
        <w:drawing>
          <wp:anchor simplePos="0" relativeHeight="251659264" behindDoc="0" locked="0" layoutInCell="1" allowOverlap="1">
            <wp:simplePos x="0" y="0"/>
            <wp:positionH relativeFrom="margin">
              <wp:posOffset>1051410</wp:posOffset>
            </wp:positionH>
            <wp:positionV relativeFrom="margin">
              <wp:posOffset>4096373</wp:posOffset>
            </wp:positionV>
            <wp:extent cx="5791548" cy="237524"/>
            <wp:effectExtent l="0" t="0" r="6985" b="14605"/>
            <wp:wrapNone/>
            <wp:docPr id="38" name="Text Box 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5791548" cy="237524"/>
                    </a:xfrm>
                    <a:prstGeom prst="rect"/>
                    <a:solidFill>
                      <a:srgbClr val="FFFFFF"/>
                    </a:solidFill>
                    <a:ln w="6350">
                      <a:noFill/>
                    </a:ln>
                  </wps:spPr>
                  <wps:txbx>
                    <w:txbxContent>
                      <w:p>
                        <w:pPr>
                          <w:spacing w:line="200" w:lineRule="auto"/>
                          <w:ind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  <w:b w:val="0"/>
                          </w:rPr>
                          <w:t xml:space="preserve">This document is intended for system engineers, development engineers, and test engineers</w:t>
                        </w:r>
                      </w:p>
                    </w:txbxContent>
                  </wps:txbx>
                  <wps:bodyPr vertOverflow="overflow" horzOverflow="overflow" wrap="square" lIns="0" tIns="0" rIns="0" bIns="0" compatLnSpc="1">
                    <a:noAutofit/>
                  </wps:bodyPr>
                </wps:wsp>
              </a:graphicData>
            </a:graphic>
          </wp:anchor>
        </w:drawing>
      </w:r>
      <w:r>
        <w:drawing>
          <wp:anchor simplePos="0" relativeHeight="251659264" behindDoc="0" locked="0" layoutInCell="1" allowOverlap="1">
            <wp:simplePos x="0" y="0"/>
            <wp:positionH relativeFrom="margin">
              <wp:posOffset>794711</wp:posOffset>
            </wp:positionH>
            <wp:positionV relativeFrom="margin">
              <wp:posOffset>4641384</wp:posOffset>
            </wp:positionV>
            <wp:extent cx="6048247" cy="328945"/>
            <wp:effectExtent l="0" t="0" r="6985" b="14605"/>
            <wp:wrapNone/>
            <wp:docPr id="39" name="Text Box 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6048247" cy="328945"/>
                    </a:xfrm>
                    <a:prstGeom prst="rect"/>
                    <a:solidFill>
                      <a:srgbClr val="FFFFFF"/>
                    </a:solidFill>
                    <a:ln w="6350">
                      <a:noFill/>
                    </a:ln>
                  </wps:spPr>
                  <wps:txbx>
                    <w:txbxContent>
                      <w:p>
                        <w:pPr>
                          <w:spacing w:line="200" w:lineRule="auto"/>
                          <w:ind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b w:val="1"/>
                          </w:rPr>
                          <w:t xml:space="preserve">Revision History</w:t>
                        </w:r>
                      </w:p>
                    </w:txbxContent>
                  </wps:txbx>
                  <wps:bodyPr vertOverflow="overflow" horzOverflow="overflow" wrap="square" lIns="0" tIns="0" rIns="0" bIns="0" compatLnSpc="1">
                    <a:noAutofit/>
                  </wps:bodyPr>
                </wps:wsp>
              </a:graphicData>
            </a:graphic>
          </wp:anchor>
        </w:drawing>
      </w:r>
      <w:r>
        <w:drawing>
          <wp:anchor simplePos="0" relativeHeight="251659264" behindDoc="0" locked="0" layoutInCell="1" allowOverlap="1">
            <wp:simplePos x="0" y="0"/>
            <wp:positionH relativeFrom="margin">
              <wp:posOffset>713833</wp:posOffset>
            </wp:positionH>
            <wp:positionV relativeFrom="margin">
              <wp:posOffset>5045747</wp:posOffset>
            </wp:positionV>
            <wp:extent cx="6129124" cy="640734"/>
            <wp:effectExtent l="0" t="0" r="6985" b="14605"/>
            <wp:wrapNone/>
            <wp:docPr id="40" name="Text Box 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6129124" cy="640734"/>
                    </a:xfrm>
                    <a:prstGeom prst="rect"/>
                    <a:solidFill>
                      <a:srgbClr val="FFFFFF"/>
                    </a:solidFill>
                    <a:ln w="6350">
                      <a:noFill/>
                    </a:ln>
                  </wps:spPr>
                  <wps:txbx>
                    <w:txbxContent>
                      <w:p>
                        <w:pPr>
                          <w:spacing w:line="240" w:lineRule="auto"/>
                          <w:ind w:firstLine="0"/>
                        </w:pPr>
                        <w:r>
                          <w:drawing>
                            <wp:inline xmlns:pic="http://schemas.openxmlformats.org/drawingml/2006/picture">
                              <wp:extent cx="6129124" cy="615334"/>
                              <wp:docPr id="41" name="Picture 52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5" name="BAIDU_CLIP_oLwpqszSsY.png"/>
                                      <pic:cNvPicPr/>
                                    </pic:nvPicPr>
                                    <pic:blipFill>
                                      <a:blip r:embed="rId1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9124" cy="615334"/>
                                      </a:xfrm>
                                      <a:prstGeom prst="rect"/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wps:txbx>
                  <wps:bodyPr vertOverflow="overflow" horzOverflow="overflow" wrap="square" lIns="0" tIns="0" rIns="0" bIns="0" compatLnSpc="1">
                    <a:noAutofit/>
                  </wps:bodyPr>
                </wps:wsp>
              </a:graphicData>
            </a:graphic>
          </wp:anchor>
        </w:drawing>
      </w:r>
      <w:r>
        <w:drawing>
          <wp:anchor simplePos="0" relativeHeight="251659264" behindDoc="0" locked="0" layoutInCell="1" allowOverlap="1">
            <wp:simplePos x="0" y="0"/>
            <wp:positionH relativeFrom="margin">
              <wp:posOffset>791195</wp:posOffset>
            </wp:positionH>
            <wp:positionV relativeFrom="margin">
              <wp:posOffset>6346742</wp:posOffset>
            </wp:positionV>
            <wp:extent cx="6051763" cy="328944"/>
            <wp:effectExtent l="0" t="0" r="6985" b="14605"/>
            <wp:wrapNone/>
            <wp:docPr id="42" name="Text Box 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6051763" cy="328944"/>
                    </a:xfrm>
                    <a:prstGeom prst="rect"/>
                    <a:solidFill>
                      <a:srgbClr val="FFFFFF"/>
                    </a:solidFill>
                    <a:ln w="6350">
                      <a:noFill/>
                    </a:ln>
                  </wps:spPr>
                  <wps:txbx>
                    <w:txbxContent>
                      <w:p>
                        <w:pPr>
                          <w:spacing w:line="200" w:lineRule="auto"/>
                          <w:ind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b w:val="0"/>
                          </w:rPr>
                          <w:t xml:space="preserve">Symbol convention</w:t>
                        </w:r>
                      </w:p>
                    </w:txbxContent>
                  </wps:txbx>
                  <wps:bodyPr vertOverflow="overflow" horzOverflow="overflow" wrap="square" lIns="0" tIns="0" rIns="0" bIns="0" compatLnSpc="1">
                    <a:noAutofit/>
                  </wps:bodyPr>
                </wps:wsp>
              </a:graphicData>
            </a:graphic>
          </wp:anchor>
        </w:drawing>
      </w:r>
      <w:r>
        <w:drawing>
          <wp:anchor simplePos="0" relativeHeight="251659264" behindDoc="0" locked="0" layoutInCell="1" allowOverlap="1">
            <wp:simplePos x="0" y="0"/>
            <wp:positionH relativeFrom="margin">
              <wp:posOffset>713833</wp:posOffset>
            </wp:positionH>
            <wp:positionV relativeFrom="margin">
              <wp:posOffset>6740556</wp:posOffset>
            </wp:positionV>
            <wp:extent cx="6129124" cy="1846791"/>
            <wp:effectExtent l="0" t="0" r="6985" b="14605"/>
            <wp:wrapNone/>
            <wp:docPr id="43" name="Text Box 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6129124" cy="1846791"/>
                    </a:xfrm>
                    <a:prstGeom prst="rect"/>
                    <a:solidFill>
                      <a:srgbClr val="FFFFFF"/>
                    </a:solidFill>
                    <a:ln w="6350">
                      <a:noFill/>
                    </a:ln>
                  </wps:spPr>
                  <wps:txbx>
                    <w:txbxContent>
                      <w:p>
                        <w:pPr>
                          <w:spacing w:line="240" w:lineRule="auto"/>
                          <w:ind w:firstLine="0"/>
                        </w:pPr>
                        <w:r>
                          <w:drawing>
                            <wp:inline xmlns:pic="http://schemas.openxmlformats.org/drawingml/2006/picture">
                              <wp:extent cx="6129124" cy="1821391"/>
                              <wp:docPr id="44" name="Picture 52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6" name="BAIDU_CLIP_zycwFEFWSB.png"/>
                                      <pic:cNvPicPr/>
                                    </pic:nvPicPr>
                                    <pic:blipFill>
                                      <a:blip r:embed="rId15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9124" cy="1821391"/>
                                      </a:xfrm>
                                      <a:prstGeom prst="rect"/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wps:txbx>
                  <wps:bodyPr vertOverflow="overflow" horzOverflow="overflow" wrap="square" lIns="0" tIns="0" rIns="0" bIns="0" compatLnSpc="1">
                    <a:noAutofit/>
                  </wps:bodyPr>
                </wps:wsp>
              </a:graphicData>
            </a:graphic>
          </wp:anchor>
        </w:drawing>
      </w:r>
      <w:pPr>
        <w:spacing/>
      </w:pPr>
    </w:p>
    <w:p>
      <w:pPr>
        <w:sectPr>
          <w:pgSz w:w="11906" w:h="16839"/>
          <w:pgMar w:top="0" w:right="0" w:bottom="0" w:left="0" w:header="720" w:footer="720" w:gutter="0"/>
          <w:cols w:space="720"/>
          <w:docGrid w:linePitch="360"/>
        </w:sectPr>
      </w:pPr>
    </w:p>
    <w:p>
      <w:r>
        <w:drawing>
          <wp:inline xmlns:a="http://schemas.openxmlformats.org/drawingml/2006/main" xmlns:pic="http://schemas.openxmlformats.org/drawingml/2006/picture">
            <wp:extent cx="7562850" cy="10695247"/>
            <wp:docPr id="45" name="Picture 4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" name="BAIDU_BG_src_0_4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695247"/>
                    </a:xfrm>
                    <a:prstGeom prst="rect"/>
                  </pic:spPr>
                </pic:pic>
              </a:graphicData>
            </a:graphic>
          </wp:inline>
        </w:drawing>
      </w:r>
      <w:r>
        <w:drawing>
          <wp:anchor simplePos="0" relativeHeight="251659264" behindDoc="0" locked="0" layoutInCell="1" allowOverlap="1">
            <wp:simplePos x="0" y="0"/>
            <wp:positionH relativeFrom="margin">
              <wp:posOffset>5467332</wp:posOffset>
            </wp:positionH>
            <wp:positionV relativeFrom="margin">
              <wp:posOffset>267247</wp:posOffset>
            </wp:positionV>
            <wp:extent cx="1300908" cy="310645"/>
            <wp:effectExtent l="0" t="0" r="6985" b="14605"/>
            <wp:wrapNone/>
            <wp:docPr id="46" name="Text Box 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300908" cy="216438"/>
                    </a:xfrm>
                    <a:prstGeom prst="rect"/>
                    <a:solidFill>
                      <a:srgbClr val="FFFFFF"/>
                    </a:solidFill>
                    <a:ln w="6350">
                      <a:noFill/>
                    </a:ln>
                  </wps:spPr>
                  <wps:txbx>
                    <w:txbxContent>
                      <w:p>
                        <w:pPr>
                          <w:spacing w:line="200" w:lineRule="auto"/>
                          <w:ind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b w:val="0"/>
                          </w:rPr>
                          <w:t xml:space="preserve">4G-Temperature Sensing M7 Product Specification</w:t>
                        </w:r>
                      </w:p>
                    </w:txbxContent>
                  </wps:txbx>
                  <wps:bodyPr vertOverflow="overflow" horzOverflow="overflow" wrap="square" lIns="0" tIns="0" rIns="0" bIns="0" compatLnSpc="1">
                    <a:noAutofit/>
                  </wps:bodyPr>
                </wps:wsp>
              </a:graphicData>
            </a:graphic>
          </wp:anchor>
        </w:drawing>
      </w:r>
      <w:r>
        <w:drawing>
          <wp:anchor simplePos="0" relativeHeight="251659264" behindDoc="0" locked="0" layoutInCell="1" allowOverlap="1">
            <wp:simplePos x="0" y="0"/>
            <wp:positionH relativeFrom="margin">
              <wp:posOffset>826252</wp:posOffset>
            </wp:positionH>
            <wp:positionV relativeFrom="margin">
              <wp:posOffset>1241292</wp:posOffset>
            </wp:positionV>
            <wp:extent cx="4018753" cy="357094"/>
            <wp:effectExtent l="0" t="0" r="6985" b="14605"/>
            <wp:wrapNone/>
            <wp:docPr id="47" name="Text Box 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4018753" cy="357094"/>
                    </a:xfrm>
                    <a:prstGeom prst="rect"/>
                    <a:solidFill>
                      <a:srgbClr val="FFFFFF"/>
                    </a:solidFill>
                    <a:ln w="6350">
                      <a:noFill/>
                    </a:ln>
                  </wps:spPr>
                  <wps:txbx>
                    <w:txbxContent>
                      <w:p>
                        <w:pPr>
                          <w:spacing w:line="200" w:lineRule="auto"/>
                          <w:ind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b w:val="1"/>
                          </w:rPr>
                          <w:t xml:space="preserve">1 Product Introduction</w:t>
                        </w:r>
                      </w:p>
                    </w:txbxContent>
                  </wps:txbx>
                  <wps:bodyPr vertOverflow="overflow" horzOverflow="overflow" wrap="square" lIns="0" tIns="0" rIns="0" bIns="0" compatLnSpc="1">
                    <a:noAutofit/>
                  </wps:bodyPr>
                </wps:wsp>
              </a:graphicData>
            </a:graphic>
          </wp:anchor>
        </w:drawing>
      </w:r>
      <w:r>
        <w:drawing>
          <wp:anchor simplePos="0" relativeHeight="251659264" behindDoc="0" locked="0" layoutInCell="1" allowOverlap="1">
            <wp:simplePos x="0" y="0"/>
            <wp:positionH relativeFrom="margin">
              <wp:posOffset>826252</wp:posOffset>
            </wp:positionH>
            <wp:positionV relativeFrom="margin">
              <wp:posOffset>1983254</wp:posOffset>
            </wp:positionV>
            <wp:extent cx="4018753" cy="311381"/>
            <wp:effectExtent l="0" t="0" r="6985" b="14605"/>
            <wp:wrapNone/>
            <wp:docPr id="48" name="Text Box 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4018753" cy="311381"/>
                    </a:xfrm>
                    <a:prstGeom prst="rect"/>
                    <a:solidFill>
                      <a:srgbClr val="FFFFFF"/>
                    </a:solidFill>
                    <a:ln w="6350">
                      <a:noFill/>
                    </a:ln>
                  </wps:spPr>
                  <wps:txbx>
                    <w:txbxContent>
                      <w:p>
                        <w:pPr>
                          <w:spacing w:line="200" w:lineRule="auto"/>
                          <w:ind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b w:val="1"/>
                          </w:rPr>
                          <w:t xml:space="preserve">1.1 Product name</w:t>
                        </w:r>
                      </w:p>
                    </w:txbxContent>
                  </wps:txbx>
                  <wps:bodyPr vertOverflow="overflow" horzOverflow="overflow" wrap="square" lIns="0" tIns="0" rIns="0" bIns="0" compatLnSpc="1">
                    <a:noAutofit/>
                  </wps:bodyPr>
                </wps:wsp>
              </a:graphicData>
            </a:graphic>
          </wp:anchor>
        </w:drawing>
      </w:r>
      <w:r>
        <w:drawing>
          <wp:anchor simplePos="0" relativeHeight="251659264" behindDoc="0" locked="0" layoutInCell="1" allowOverlap="1">
            <wp:simplePos x="0" y="0"/>
            <wp:positionH relativeFrom="margin">
              <wp:posOffset>1307940</wp:posOffset>
            </wp:positionH>
            <wp:positionV relativeFrom="margin">
              <wp:posOffset>2507199</wp:posOffset>
            </wp:positionV>
            <wp:extent cx="3537065" cy="265667"/>
            <wp:effectExtent l="0" t="0" r="6985" b="14605"/>
            <wp:wrapNone/>
            <wp:docPr id="49" name="Text Box 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3537065" cy="265667"/>
                    </a:xfrm>
                    <a:prstGeom prst="rect"/>
                    <a:solidFill>
                      <a:srgbClr val="FFFFFF"/>
                    </a:solidFill>
                    <a:ln w="6350">
                      <a:noFill/>
                    </a:ln>
                  </wps:spPr>
                  <wps:txbx>
                    <w:txbxContent>
                      <w:p>
                        <w:pPr>
                          <w:spacing w:line="200" w:lineRule="auto"/>
                          <w:ind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  <w:b w:val="0"/>
                          </w:rPr>
                          <w:t xml:space="preserve">Product Name: 4G-Temperature Sensing M7 Wireless Long Standby</w:t>
                        </w:r>
                      </w:p>
                    </w:txbxContent>
                  </wps:txbx>
                  <wps:bodyPr vertOverflow="overflow" horzOverflow="overflow" wrap="square" lIns="0" tIns="0" rIns="0" bIns="0" compatLnSpc="1">
                    <a:noAutofit/>
                  </wps:bodyPr>
                </wps:wsp>
              </a:graphicData>
            </a:graphic>
          </wp:anchor>
        </w:drawing>
      </w:r>
      <w:r>
        <w:drawing>
          <wp:anchor simplePos="0" relativeHeight="251659264" behindDoc="0" locked="0" layoutInCell="1" allowOverlap="1">
            <wp:simplePos x="0" y="0"/>
            <wp:positionH relativeFrom="margin">
              <wp:posOffset>1307940</wp:posOffset>
            </wp:positionH>
            <wp:positionV relativeFrom="margin">
              <wp:posOffset>2890488</wp:posOffset>
            </wp:positionV>
            <wp:extent cx="3537065" cy="258635"/>
            <wp:effectExtent l="0" t="0" r="6985" b="14605"/>
            <wp:wrapNone/>
            <wp:docPr id="50" name="Text Box 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3537065" cy="258635"/>
                    </a:xfrm>
                    <a:prstGeom prst="rect"/>
                    <a:solidFill>
                      <a:srgbClr val="FFFFFF"/>
                    </a:solidFill>
                    <a:ln w="6350">
                      <a:noFill/>
                    </a:ln>
                  </wps:spPr>
                  <wps:txbx>
                    <w:txbxContent>
                      <w:p>
                        <w:pPr>
                          <w:spacing w:line="200" w:lineRule="auto"/>
                          <w:ind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  <w:b w:val="0"/>
                          </w:rPr>
                          <w:t xml:space="preserve">Product model: 4G-Temperature Sensor M7</w:t>
                        </w:r>
                      </w:p>
                    </w:txbxContent>
                  </wps:txbx>
                  <wps:bodyPr vertOverflow="overflow" horzOverflow="overflow" wrap="square" lIns="0" tIns="0" rIns="0" bIns="0" compatLnSpc="1">
                    <a:noAutofit/>
                  </wps:bodyPr>
                </wps:wsp>
              </a:graphicData>
            </a:graphic>
          </wp:anchor>
        </w:drawing>
      </w:r>
      <w:r>
        <w:drawing>
          <wp:anchor simplePos="0" relativeHeight="251659264" behindDoc="0" locked="0" layoutInCell="1" allowOverlap="1">
            <wp:simplePos x="0" y="0"/>
            <wp:positionH relativeFrom="margin">
              <wp:posOffset>1307940</wp:posOffset>
            </wp:positionH>
            <wp:positionV relativeFrom="margin">
              <wp:posOffset>3315973</wp:posOffset>
            </wp:positionV>
            <wp:extent cx="3537065" cy="255119"/>
            <wp:effectExtent l="0" t="0" r="6985" b="14605"/>
            <wp:wrapNone/>
            <wp:docPr id="51" name="Text Box 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3537065" cy="255119"/>
                    </a:xfrm>
                    <a:prstGeom prst="rect"/>
                    <a:solidFill>
                      <a:srgbClr val="FFFFFF"/>
                    </a:solidFill>
                    <a:ln w="6350">
                      <a:noFill/>
                    </a:ln>
                  </wps:spPr>
                  <wps:txbx>
                    <w:txbxContent>
                      <w:p>
                        <w:pPr>
                          <w:spacing w:line="200" w:lineRule="auto"/>
                          <w:ind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  <w:b w:val="0"/>
                          </w:rPr>
                          <w:t xml:space="preserve">Product specification: 7</w:t>
                        </w:r>
                      </w:p>
                    </w:txbxContent>
                  </wps:txbx>
                  <wps:bodyPr vertOverflow="overflow" horzOverflow="overflow" wrap="square" lIns="0" tIns="0" rIns="0" bIns="0" compatLnSpc="1">
                    <a:noAutofit/>
                  </wps:bodyPr>
                </wps:wsp>
              </a:graphicData>
            </a:graphic>
          </wp:anchor>
        </w:drawing>
      </w:r>
      <w:r>
        <w:drawing>
          <wp:anchor simplePos="0" relativeHeight="251659264" behindDoc="0" locked="0" layoutInCell="1" allowOverlap="1">
            <wp:simplePos x="0" y="0"/>
            <wp:positionH relativeFrom="margin">
              <wp:posOffset>822736</wp:posOffset>
            </wp:positionH>
            <wp:positionV relativeFrom="margin">
              <wp:posOffset>3938377</wp:posOffset>
            </wp:positionV>
            <wp:extent cx="4022269" cy="311381"/>
            <wp:effectExtent l="0" t="0" r="6985" b="14605"/>
            <wp:wrapNone/>
            <wp:docPr id="52" name="Text Box 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4022269" cy="311381"/>
                    </a:xfrm>
                    <a:prstGeom prst="rect"/>
                    <a:solidFill>
                      <a:srgbClr val="FFFFFF"/>
                    </a:solidFill>
                    <a:ln w="6350">
                      <a:noFill/>
                    </a:ln>
                  </wps:spPr>
                  <wps:txbx>
                    <w:txbxContent>
                      <w:p>
                        <w:pPr>
                          <w:spacing w:line="200" w:lineRule="auto"/>
                          <w:ind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b w:val="1"/>
                          </w:rPr>
                          <w:t xml:space="preserve">1.2 Product appearance drawing</w:t>
                        </w:r>
                      </w:p>
                    </w:txbxContent>
                  </wps:txbx>
                  <wps:bodyPr vertOverflow="overflow" horzOverflow="overflow" wrap="square" lIns="0" tIns="0" rIns="0" bIns="0" compatLnSpc="1">
                    <a:noAutofit/>
                  </wps:bodyPr>
                </wps:wsp>
              </a:graphicData>
            </a:graphic>
          </wp:anchor>
        </w:drawing>
      </w:r>
      <w:r>
        <w:drawing>
          <wp:anchor simplePos="0" relativeHeight="251659264" behindDoc="0" locked="0" layoutInCell="1" allowOverlap="1">
            <wp:simplePos x="0" y="0"/>
            <wp:positionH relativeFrom="margin">
              <wp:posOffset>2309991</wp:posOffset>
            </wp:positionH>
            <wp:positionV relativeFrom="margin">
              <wp:posOffset>5981411</wp:posOffset>
            </wp:positionV>
            <wp:extent cx="2535014" cy="2029753"/>
            <wp:effectExtent l="0" t="0" r="6985" b="14605"/>
            <wp:wrapNone/>
            <wp:docPr id="53" name="Text Box 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2535014" cy="2029753"/>
                    </a:xfrm>
                    <a:prstGeom prst="rect"/>
                    <a:solidFill>
                      <a:srgbClr val="FFFFFF"/>
                    </a:solidFill>
                    <a:ln w="6350">
                      <a:noFill/>
                    </a:ln>
                  </wps:spPr>
                  <wps:txbx>
                    <w:txbxContent>
                      <w:p>
                        <w:pPr>
                          <w:spacing w:line="240" w:lineRule="auto"/>
                          <w:ind w:firstLine="0"/>
                        </w:pPr>
                        <w:r>
                          <w:drawing>
                            <wp:inline xmlns:pic="http://schemas.openxmlformats.org/drawingml/2006/picture">
                              <wp:extent cx="2535014" cy="2004353"/>
                              <wp:docPr id="54" name="Picture 52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8" name="BAIDU_CLIP_vKFMamcATU.png"/>
                                      <pic:cNvPicPr/>
                                    </pic:nvPicPr>
                                    <pic:blipFill>
                                      <a:blip r:embed="rId16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535014" cy="2004353"/>
                                      </a:xfrm>
                                      <a:prstGeom prst="rect"/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wps:txbx>
                  <wps:bodyPr vertOverflow="overflow" horzOverflow="overflow" wrap="square" lIns="0" tIns="0" rIns="0" bIns="0" compatLnSpc="1">
                    <a:noAutofit/>
                  </wps:bodyPr>
                </wps:wsp>
              </a:graphicData>
            </a:graphic>
          </wp:anchor>
        </w:drawing>
      </w:r>
      <w:pPr>
        <w:spacing/>
      </w:pPr>
    </w:p>
    <w:p>
      <w:r>
        <w:drawing>
          <wp:inline xmlns:a="http://schemas.openxmlformats.org/drawingml/2006/main" xmlns:pic="http://schemas.openxmlformats.org/drawingml/2006/picture">
            <wp:extent cx="7562850" cy="10695247"/>
            <wp:docPr id="55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" name="BAIDU_BG_src_1_0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695247"/>
                    </a:xfrm>
                    <a:prstGeom prst="rect"/>
                  </pic:spPr>
                </pic:pic>
              </a:graphicData>
            </a:graphic>
          </wp:inline>
        </w:drawing>
      </w:r>
      <w:r>
        <w:drawing>
          <wp:anchor simplePos="0" relativeHeight="251659264" behindDoc="0" locked="0" layoutInCell="1" allowOverlap="1">
            <wp:simplePos x="0" y="0"/>
            <wp:positionH relativeFrom="margin">
              <wp:posOffset>5583359</wp:posOffset>
            </wp:positionH>
            <wp:positionV relativeFrom="margin">
              <wp:posOffset>270763</wp:posOffset>
            </wp:positionV>
            <wp:extent cx="1307941" cy="347888"/>
            <wp:effectExtent l="0" t="0" r="6985" b="14605"/>
            <wp:wrapNone/>
            <wp:docPr id="56" name="Text Box 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307941" cy="209405"/>
                    </a:xfrm>
                    <a:prstGeom prst="rect"/>
                    <a:solidFill>
                      <a:srgbClr val="FFFFFF"/>
                    </a:solidFill>
                    <a:ln w="6350">
                      <a:noFill/>
                    </a:ln>
                  </wps:spPr>
                  <wps:txbx>
                    <w:txbxContent>
                      <w:p>
                        <w:pPr>
                          <w:spacing w:line="200" w:lineRule="auto"/>
                          <w:ind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b w:val="0"/>
                          </w:rPr>
                          <w:t xml:space="preserve">4G-Temperature Sensing M7 Product Specification</w:t>
                        </w:r>
                      </w:p>
                    </w:txbxContent>
                  </wps:txbx>
                  <wps:bodyPr vertOverflow="overflow" horzOverflow="overflow" wrap="square" lIns="0" tIns="0" rIns="0" bIns="0" compatLnSpc="1">
                    <a:noAutofit/>
                  </wps:bodyPr>
                </wps:wsp>
              </a:graphicData>
            </a:graphic>
          </wp:anchor>
        </w:drawing>
      </w:r>
      <w:r>
        <w:drawing>
          <wp:anchor simplePos="0" relativeHeight="251659264" behindDoc="0" locked="0" layoutInCell="1" allowOverlap="1">
            <wp:simplePos x="0" y="0"/>
            <wp:positionH relativeFrom="margin">
              <wp:posOffset>829768</wp:posOffset>
            </wp:positionH>
            <wp:positionV relativeFrom="margin">
              <wp:posOffset>1244808</wp:posOffset>
            </wp:positionV>
            <wp:extent cx="6061532" cy="314897"/>
            <wp:effectExtent l="0" t="0" r="6985" b="14605"/>
            <wp:wrapNone/>
            <wp:docPr id="57" name="Text Box 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6061532" cy="314897"/>
                    </a:xfrm>
                    <a:prstGeom prst="rect"/>
                    <a:solidFill>
                      <a:srgbClr val="FFFFFF"/>
                    </a:solidFill>
                    <a:ln w="6350">
                      <a:noFill/>
                    </a:ln>
                  </wps:spPr>
                  <wps:txbx>
                    <w:txbxContent>
                      <w:p>
                        <w:pPr>
                          <w:spacing w:line="200" w:lineRule="auto"/>
                          <w:ind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b w:val="1"/>
                          </w:rPr>
                          <w:t xml:space="preserve">1.3 Basic equipment parameters</w:t>
                        </w:r>
                      </w:p>
                    </w:txbxContent>
                  </wps:txbx>
                  <wps:bodyPr vertOverflow="overflow" horzOverflow="overflow" wrap="square" lIns="0" tIns="0" rIns="0" bIns="0" compatLnSpc="1">
                    <a:noAutofit/>
                  </wps:bodyPr>
                </wps:wsp>
              </a:graphicData>
            </a:graphic>
          </wp:anchor>
        </w:drawing>
      </w:r>
      <w:r>
        <w:drawing>
          <wp:anchor simplePos="0" relativeHeight="251659264" behindDoc="0" locked="0" layoutInCell="1" allowOverlap="1">
            <wp:simplePos x="0" y="0"/>
            <wp:positionH relativeFrom="margin">
              <wp:posOffset>822736</wp:posOffset>
            </wp:positionH>
            <wp:positionV relativeFrom="margin">
              <wp:posOffset>1740622</wp:posOffset>
            </wp:positionV>
            <wp:extent cx="6068563" cy="269414"/>
            <wp:effectExtent l="0" t="0" r="6985" b="14605"/>
            <wp:wrapNone/>
            <wp:docPr id="58" name="Text Box 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6068563" cy="269414"/>
                    </a:xfrm>
                    <a:prstGeom prst="rect"/>
                    <a:solidFill>
                      <a:srgbClr val="FFFFFF"/>
                    </a:solidFill>
                    <a:ln w="6350">
                      <a:noFill/>
                    </a:ln>
                  </wps:spPr>
                  <wps:txbx>
                    <w:txbxContent>
                      <w:p>
                        <w:pPr>
                          <w:spacing w:line="200" w:lineRule="auto"/>
                          <w:ind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b w:val="0"/>
                          </w:rPr>
                          <w:t xml:space="preserve">1.3.1 Overall parameters</w:t>
                        </w:r>
                      </w:p>
                    </w:txbxContent>
                  </wps:txbx>
                  <wps:bodyPr vertOverflow="overflow" horzOverflow="overflow" wrap="square" lIns="0" tIns="0" rIns="0" bIns="0" compatLnSpc="1">
                    <a:noAutofit/>
                  </wps:bodyPr>
                </wps:wsp>
              </a:graphicData>
            </a:graphic>
          </wp:anchor>
        </w:drawing>
      </w:r>
      <w:r>
        <w:drawing>
          <wp:anchor simplePos="0" relativeHeight="251659264" behindDoc="0" locked="0" layoutInCell="1" allowOverlap="1">
            <wp:simplePos x="0" y="0"/>
            <wp:positionH relativeFrom="margin">
              <wp:posOffset>710225</wp:posOffset>
            </wp:positionH>
            <wp:positionV relativeFrom="margin">
              <wp:posOffset>2039517</wp:posOffset>
            </wp:positionV>
            <wp:extent cx="6181075" cy="5859122"/>
            <wp:effectExtent l="0" t="0" r="6985" b="14605"/>
            <wp:wrapNone/>
            <wp:docPr id="59" name="Text Box 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6181075" cy="5859122"/>
                    </a:xfrm>
                    <a:prstGeom prst="rect"/>
                    <a:solidFill>
                      <a:srgbClr val="FFFFFF"/>
                    </a:solidFill>
                    <a:ln w="6350">
                      <a:noFill/>
                    </a:ln>
                  </wps:spPr>
                  <wps:txbx>
                    <w:txbxContent>
                      <w:p>
                        <w:pPr>
                          <w:spacing w:line="240" w:lineRule="auto"/>
                          <w:ind w:firstLine="0"/>
                        </w:pPr>
                        <w:r>
                          <w:drawing>
                            <wp:inline xmlns:pic="http://schemas.openxmlformats.org/drawingml/2006/picture">
                              <wp:extent cx="6181075" cy="5833722"/>
                              <wp:docPr id="60" name="Picture 20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0" name="BAIDU_CLIP_OpCJXZNQWZ.png"/>
                                      <pic:cNvPicPr/>
                                    </pic:nvPicPr>
                                    <pic:blipFill>
                                      <a:blip r:embed="rId18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81075" cy="5833722"/>
                                      </a:xfrm>
                                      <a:prstGeom prst="rect"/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wps:txbx>
                  <wps:bodyPr vertOverflow="overflow" horzOverflow="overflow" wrap="square" lIns="0" tIns="0" rIns="0" bIns="0" compatLnSpc="1">
                    <a:noAutofit/>
                  </wps:bodyPr>
                </wps:wsp>
              </a:graphicData>
            </a:graphic>
          </wp:anchor>
        </w:drawing>
      </w:r>
      <w:pPr>
        <w:spacing/>
      </w:pPr>
    </w:p>
    <w:p>
      <w:pPr>
        <w:sectPr>
          <w:pgSz w:w="11910" w:h="16840"/>
          <w:pgMar w:top="0" w:right="0" w:bottom="0" w:left="0" w:header="720" w:footer="720" w:gutter="0"/>
          <w:cols w:space="720"/>
          <w:docGrid w:linePitch="360"/>
        </w:sectPr>
      </w:pPr>
    </w:p>
    <w:p>
      <w:r>
        <w:drawing>
          <wp:inline xmlns:a="http://schemas.openxmlformats.org/drawingml/2006/main" xmlns:pic="http://schemas.openxmlformats.org/drawingml/2006/picture">
            <wp:extent cx="7562850" cy="10695247"/>
            <wp:docPr id="61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" name="BAIDU_BG_src_1_1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695247"/>
                    </a:xfrm>
                    <a:prstGeom prst="rect"/>
                  </pic:spPr>
                </pic:pic>
              </a:graphicData>
            </a:graphic>
          </wp:inline>
        </w:drawing>
      </w:r>
      <w:r>
        <w:drawing>
          <wp:anchor simplePos="0" relativeHeight="251659264" behindDoc="0" locked="0" layoutInCell="1" allowOverlap="1">
            <wp:simplePos x="0" y="0"/>
            <wp:positionH relativeFrom="margin">
              <wp:posOffset>5463816</wp:posOffset>
            </wp:positionH>
            <wp:positionV relativeFrom="margin">
              <wp:posOffset>267247</wp:posOffset>
            </wp:positionV>
            <wp:extent cx="1304424" cy="347888"/>
            <wp:effectExtent l="0" t="0" r="6985" b="14605"/>
            <wp:wrapNone/>
            <wp:docPr id="62" name="Text Box 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304424" cy="216438"/>
                    </a:xfrm>
                    <a:prstGeom prst="rect"/>
                    <a:solidFill>
                      <a:srgbClr val="FFFFFF"/>
                    </a:solidFill>
                    <a:ln w="6350">
                      <a:noFill/>
                    </a:ln>
                  </wps:spPr>
                  <wps:txbx>
                    <w:txbxContent>
                      <w:p>
                        <w:pPr>
                          <w:spacing w:line="200" w:lineRule="auto"/>
                          <w:ind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b w:val="0"/>
                          </w:rPr>
                          <w:t xml:space="preserve">4G-Temperature Sensing M7 Product Specification</w:t>
                        </w:r>
                      </w:p>
                    </w:txbxContent>
                  </wps:txbx>
                  <wps:bodyPr vertOverflow="overflow" horzOverflow="overflow" wrap="square" lIns="0" tIns="0" rIns="0" bIns="0" compatLnSpc="1">
                    <a:noAutofit/>
                  </wps:bodyPr>
                </wps:wsp>
              </a:graphicData>
            </a:graphic>
          </wp:anchor>
        </w:drawing>
      </w:r>
      <w:r>
        <w:drawing>
          <wp:anchor simplePos="0" relativeHeight="251659264" behindDoc="0" locked="0" layoutInCell="1" allowOverlap="1">
            <wp:simplePos x="0" y="0"/>
            <wp:positionH relativeFrom="margin">
              <wp:posOffset>815705</wp:posOffset>
            </wp:positionH>
            <wp:positionV relativeFrom="margin">
              <wp:posOffset>2180173</wp:posOffset>
            </wp:positionV>
            <wp:extent cx="5899796" cy="278134"/>
            <wp:effectExtent l="0" t="0" r="6985" b="14605"/>
            <wp:wrapNone/>
            <wp:docPr id="63" name="Text Box 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5899796" cy="278134"/>
                    </a:xfrm>
                    <a:prstGeom prst="rect"/>
                    <a:solidFill>
                      <a:srgbClr val="FFFFFF"/>
                    </a:solidFill>
                    <a:ln w="6350">
                      <a:noFill/>
                    </a:ln>
                  </wps:spPr>
                  <wps:txbx>
                    <w:txbxContent>
                      <w:p>
                        <w:pPr>
                          <w:spacing w:line="200" w:lineRule="auto"/>
                          <w:ind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b w:val="1"/>
                          </w:rPr>
                          <w:t xml:space="preserve">1.3.2 Network performance</w:t>
                        </w:r>
                      </w:p>
                    </w:txbxContent>
                  </wps:txbx>
                  <wps:bodyPr vertOverflow="overflow" horzOverflow="overflow" wrap="square" lIns="0" tIns="0" rIns="0" bIns="0" compatLnSpc="1">
                    <a:noAutofit/>
                  </wps:bodyPr>
                </wps:wsp>
              </a:graphicData>
            </a:graphic>
          </wp:anchor>
        </w:drawing>
      </w:r>
      <w:r>
        <w:drawing>
          <wp:anchor simplePos="0" relativeHeight="251659264" behindDoc="0" locked="0" layoutInCell="1" allowOverlap="1">
            <wp:simplePos x="0" y="0"/>
            <wp:positionH relativeFrom="margin">
              <wp:posOffset>710225</wp:posOffset>
            </wp:positionH>
            <wp:positionV relativeFrom="margin">
              <wp:posOffset>2489617</wp:posOffset>
            </wp:positionV>
            <wp:extent cx="6005275" cy="514180"/>
            <wp:effectExtent l="0" t="0" r="6985" b="14605"/>
            <wp:wrapNone/>
            <wp:docPr id="64" name="Text Box 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6005275" cy="514180"/>
                    </a:xfrm>
                    <a:prstGeom prst="rect"/>
                    <a:solidFill>
                      <a:srgbClr val="FFFFFF"/>
                    </a:solidFill>
                    <a:ln w="6350">
                      <a:noFill/>
                    </a:ln>
                  </wps:spPr>
                  <wps:txbx>
                    <w:txbxContent>
                      <w:p>
                        <w:pPr>
                          <w:spacing w:line="240" w:lineRule="auto"/>
                          <w:ind w:firstLine="0"/>
                        </w:pPr>
                        <w:r>
                          <w:drawing>
                            <wp:inline xmlns:pic="http://schemas.openxmlformats.org/drawingml/2006/picture">
                              <wp:extent cx="6005275" cy="488780"/>
                              <wp:docPr id="65" name="Picture 20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2" name="BAIDU_CLIP_qviUlnpAUD.png"/>
                                      <pic:cNvPicPr/>
                                    </pic:nvPicPr>
                                    <pic:blipFill>
                                      <a:blip r:embed="rId20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005275" cy="488780"/>
                                      </a:xfrm>
                                      <a:prstGeom prst="rect"/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wps:txbx>
                  <wps:bodyPr vertOverflow="overflow" horzOverflow="overflow" wrap="square" lIns="0" tIns="0" rIns="0" bIns="0" compatLnSpc="1">
                    <a:noAutofit/>
                  </wps:bodyPr>
                </wps:wsp>
              </a:graphicData>
            </a:graphic>
          </wp:anchor>
        </w:drawing>
      </w:r>
      <w:r>
        <w:drawing>
          <wp:anchor simplePos="0" relativeHeight="251659264" behindDoc="0" locked="0" layoutInCell="1" allowOverlap="1">
            <wp:simplePos x="0" y="0"/>
            <wp:positionH relativeFrom="margin">
              <wp:posOffset>815705</wp:posOffset>
            </wp:positionH>
            <wp:positionV relativeFrom="margin">
              <wp:posOffset>3470695</wp:posOffset>
            </wp:positionV>
            <wp:extent cx="5899796" cy="276305"/>
            <wp:effectExtent l="0" t="0" r="6985" b="14605"/>
            <wp:wrapNone/>
            <wp:docPr id="66" name="Text Box 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5899796" cy="276305"/>
                    </a:xfrm>
                    <a:prstGeom prst="rect"/>
                    <a:solidFill>
                      <a:srgbClr val="FFFFFF"/>
                    </a:solidFill>
                    <a:ln w="6350">
                      <a:noFill/>
                    </a:ln>
                  </wps:spPr>
                  <wps:txbx>
                    <w:txbxContent>
                      <w:p>
                        <w:pPr>
                          <w:spacing w:line="200" w:lineRule="auto"/>
                          <w:ind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b w:val="0"/>
                          </w:rPr>
                          <w:t xml:space="preserve">1.3.3 GPS performance</w:t>
                        </w:r>
                      </w:p>
                    </w:txbxContent>
                  </wps:txbx>
                  <wps:bodyPr vertOverflow="overflow" horzOverflow="overflow" wrap="square" lIns="0" tIns="0" rIns="0" bIns="0" compatLnSpc="1">
                    <a:noAutofit/>
                  </wps:bodyPr>
                </wps:wsp>
              </a:graphicData>
            </a:graphic>
          </wp:anchor>
        </w:drawing>
      </w:r>
      <w:r>
        <w:drawing>
          <wp:anchor simplePos="0" relativeHeight="251659264" behindDoc="0" locked="0" layoutInCell="1" allowOverlap="1">
            <wp:simplePos x="0" y="0"/>
            <wp:positionH relativeFrom="margin">
              <wp:posOffset>717257</wp:posOffset>
            </wp:positionH>
            <wp:positionV relativeFrom="margin">
              <wp:posOffset>3780139</wp:posOffset>
            </wp:positionV>
            <wp:extent cx="5998243" cy="3179618"/>
            <wp:effectExtent l="0" t="0" r="6985" b="14605"/>
            <wp:wrapNone/>
            <wp:docPr id="67" name="Text Box 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5998243" cy="3179618"/>
                    </a:xfrm>
                    <a:prstGeom prst="rect"/>
                    <a:solidFill>
                      <a:srgbClr val="FFFFFF"/>
                    </a:solidFill>
                    <a:ln w="6350">
                      <a:noFill/>
                    </a:ln>
                  </wps:spPr>
                  <wps:txbx>
                    <w:txbxContent>
                      <w:p>
                        <w:pPr>
                          <w:spacing w:line="240" w:lineRule="auto"/>
                          <w:ind w:firstLine="0"/>
                        </w:pPr>
                        <w:r>
                          <w:drawing>
                            <wp:inline xmlns:pic="http://schemas.openxmlformats.org/drawingml/2006/picture">
                              <wp:extent cx="5998243" cy="3154218"/>
                              <wp:docPr id="68" name="Picture 20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3" name="BAIDU_CLIP_yoNLIalzSi.png"/>
                                      <pic:cNvPicPr/>
                                    </pic:nvPicPr>
                                    <pic:blipFill>
                                      <a:blip r:embed="rId21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998243" cy="3154218"/>
                                      </a:xfrm>
                                      <a:prstGeom prst="rect"/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wps:txbx>
                  <wps:bodyPr vertOverflow="overflow" horzOverflow="overflow" wrap="square" lIns="0" tIns="0" rIns="0" bIns="0" compatLnSpc="1">
                    <a:noAutofit/>
                  </wps:bodyPr>
                </wps:wsp>
              </a:graphicData>
            </a:graphic>
          </wp:anchor>
        </w:drawing>
      </w:r>
      <w:pPr>
        <w:spacing/>
      </w:pPr>
    </w:p>
    <w:p>
      <w:pPr>
        <w:sectPr>
          <w:pgSz w:w="11910" w:h="16840"/>
          <w:pgMar w:top="0" w:right="0" w:bottom="0" w:left="0" w:header="720" w:footer="720" w:gutter="0"/>
          <w:cols w:space="720"/>
          <w:docGrid w:linePitch="360"/>
        </w:sectPr>
      </w:pPr>
    </w:p>
    <w:p>
      <w:r>
        <w:drawing>
          <wp:inline xmlns:a="http://schemas.openxmlformats.org/drawingml/2006/main" xmlns:pic="http://schemas.openxmlformats.org/drawingml/2006/picture">
            <wp:extent cx="7562850" cy="10695247"/>
            <wp:docPr id="69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BAIDU_BG_src_1_2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695247"/>
                    </a:xfrm>
                    <a:prstGeom prst="rect"/>
                  </pic:spPr>
                </pic:pic>
              </a:graphicData>
            </a:graphic>
          </wp:inline>
        </w:drawing>
      </w:r>
      <w:r>
        <w:drawing>
          <wp:anchor simplePos="0" relativeHeight="251659264" behindDoc="0" locked="0" layoutInCell="1" allowOverlap="1">
            <wp:simplePos x="0" y="0"/>
            <wp:positionH relativeFrom="margin">
              <wp:posOffset>5467332</wp:posOffset>
            </wp:positionH>
            <wp:positionV relativeFrom="margin">
              <wp:posOffset>267247</wp:posOffset>
            </wp:positionV>
            <wp:extent cx="1300908" cy="347888"/>
            <wp:effectExtent l="0" t="0" r="6985" b="14605"/>
            <wp:wrapNone/>
            <wp:docPr id="70" name="Text Box 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300908" cy="212921"/>
                    </a:xfrm>
                    <a:prstGeom prst="rect"/>
                    <a:solidFill>
                      <a:srgbClr val="FFFFFF"/>
                    </a:solidFill>
                    <a:ln w="6350">
                      <a:noFill/>
                    </a:ln>
                  </wps:spPr>
                  <wps:txbx>
                    <w:txbxContent>
                      <w:p>
                        <w:pPr>
                          <w:spacing w:line="200" w:lineRule="auto"/>
                          <w:ind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b w:val="0"/>
                          </w:rPr>
                          <w:t xml:space="preserve">4G-Temperature Sensing M7 Product Specification</w:t>
                        </w:r>
                      </w:p>
                    </w:txbxContent>
                  </wps:txbx>
                  <wps:bodyPr vertOverflow="overflow" horzOverflow="overflow" wrap="square" lIns="0" tIns="0" rIns="0" bIns="0" compatLnSpc="1">
                    <a:noAutofit/>
                  </wps:bodyPr>
                </wps:wsp>
              </a:graphicData>
            </a:graphic>
          </wp:anchor>
        </w:drawing>
      </w:r>
      <w:r>
        <w:drawing>
          <wp:anchor simplePos="0" relativeHeight="251659264" behindDoc="0" locked="0" layoutInCell="1" allowOverlap="1">
            <wp:simplePos x="0" y="0"/>
            <wp:positionH relativeFrom="margin">
              <wp:posOffset>791093</wp:posOffset>
            </wp:positionH>
            <wp:positionV relativeFrom="margin">
              <wp:posOffset>1185029</wp:posOffset>
            </wp:positionV>
            <wp:extent cx="5924408" cy="357094"/>
            <wp:effectExtent l="0" t="0" r="6985" b="14605"/>
            <wp:wrapNone/>
            <wp:docPr id="71" name="Text Box 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5924408" cy="357094"/>
                    </a:xfrm>
                    <a:prstGeom prst="rect"/>
                    <a:solidFill>
                      <a:srgbClr val="FFFFFF"/>
                    </a:solidFill>
                    <a:ln w="6350">
                      <a:noFill/>
                    </a:ln>
                  </wps:spPr>
                  <wps:txbx>
                    <w:txbxContent>
                      <w:p>
                        <w:pPr>
                          <w:spacing w:line="200" w:lineRule="auto"/>
                          <w:ind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b w:val="1"/>
                          </w:rPr>
                          <w:t xml:space="preserve">2 Function description</w:t>
                        </w:r>
                      </w:p>
                    </w:txbxContent>
                  </wps:txbx>
                  <wps:bodyPr vertOverflow="overflow" horzOverflow="overflow" wrap="square" lIns="0" tIns="0" rIns="0" bIns="0" compatLnSpc="1">
                    <a:noAutofit/>
                  </wps:bodyPr>
                </wps:wsp>
              </a:graphicData>
            </a:graphic>
          </wp:anchor>
        </w:drawing>
      </w:r>
      <w:r>
        <w:drawing>
          <wp:anchor simplePos="0" relativeHeight="251659264" behindDoc="0" locked="0" layoutInCell="1" allowOverlap="1">
            <wp:simplePos x="0" y="0"/>
            <wp:positionH relativeFrom="margin">
              <wp:posOffset>787577</wp:posOffset>
            </wp:positionH>
            <wp:positionV relativeFrom="margin">
              <wp:posOffset>1930508</wp:posOffset>
            </wp:positionV>
            <wp:extent cx="5927924" cy="311381"/>
            <wp:effectExtent l="0" t="0" r="6985" b="14605"/>
            <wp:wrapNone/>
            <wp:docPr id="72" name="Text Box 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5927924" cy="311381"/>
                    </a:xfrm>
                    <a:prstGeom prst="rect"/>
                    <a:solidFill>
                      <a:srgbClr val="FFFFFF"/>
                    </a:solidFill>
                    <a:ln w="6350">
                      <a:noFill/>
                    </a:ln>
                  </wps:spPr>
                  <wps:txbx>
                    <w:txbxContent>
                      <w:p>
                        <w:pPr>
                          <w:spacing w:line="200" w:lineRule="auto"/>
                          <w:ind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b w:val="1"/>
                          </w:rPr>
                          <w:t xml:space="preserve">2.1 Indicator light description</w:t>
                        </w:r>
                      </w:p>
                    </w:txbxContent>
                  </wps:txbx>
                  <wps:bodyPr vertOverflow="overflow" horzOverflow="overflow" wrap="square" lIns="0" tIns="0" rIns="0" bIns="0" compatLnSpc="1">
                    <a:noAutofit/>
                  </wps:bodyPr>
                </wps:wsp>
              </a:graphicData>
            </a:graphic>
          </wp:anchor>
        </w:drawing>
      </w:r>
      <w:r>
        <w:drawing>
          <wp:anchor simplePos="0" relativeHeight="251659264" behindDoc="0" locked="0" layoutInCell="1" allowOverlap="1">
            <wp:simplePos x="0" y="0"/>
            <wp:positionH relativeFrom="margin">
              <wp:posOffset>713741</wp:posOffset>
            </wp:positionH>
            <wp:positionV relativeFrom="margin">
              <wp:posOffset>2324346</wp:posOffset>
            </wp:positionV>
            <wp:extent cx="6001759" cy="1150650"/>
            <wp:effectExtent l="0" t="0" r="6985" b="14605"/>
            <wp:wrapNone/>
            <wp:docPr id="73" name="Text Box 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6001759" cy="1150650"/>
                    </a:xfrm>
                    <a:prstGeom prst="rect"/>
                    <a:solidFill>
                      <a:srgbClr val="FFFFFF"/>
                    </a:solidFill>
                    <a:ln w="6350">
                      <a:noFill/>
                    </a:ln>
                  </wps:spPr>
                  <wps:txbx>
                    <w:txbxContent>
                      <w:p>
                        <w:pPr>
                          <w:spacing w:line="240" w:lineRule="auto"/>
                          <w:ind w:firstLine="0"/>
                        </w:pPr>
                        <w:r>
                          <w:drawing>
                            <wp:inline xmlns:pic="http://schemas.openxmlformats.org/drawingml/2006/picture">
                              <wp:extent cx="6001759" cy="1125250"/>
                              <wp:docPr id="74" name="Picture 20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5" name="BAIDU_CLIP_EyclkbGKtq.png"/>
                                      <pic:cNvPicPr/>
                                    </pic:nvPicPr>
                                    <pic:blipFill>
                                      <a:blip r:embed="rId23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001759" cy="1125250"/>
                                      </a:xfrm>
                                      <a:prstGeom prst="rect"/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wps:txbx>
                  <wps:bodyPr vertOverflow="overflow" horzOverflow="overflow" wrap="square" lIns="0" tIns="0" rIns="0" bIns="0" compatLnSpc="1">
                    <a:noAutofit/>
                  </wps:bodyPr>
                </wps:wsp>
              </a:graphicData>
            </a:graphic>
          </wp:anchor>
        </w:drawing>
      </w:r>
      <w:r>
        <w:drawing>
          <wp:anchor simplePos="0" relativeHeight="251659264" behindDoc="0" locked="0" layoutInCell="1" allowOverlap="1">
            <wp:simplePos x="0" y="0"/>
            <wp:positionH relativeFrom="margin">
              <wp:posOffset>713741</wp:posOffset>
            </wp:positionH>
            <wp:positionV relativeFrom="margin">
              <wp:posOffset>3970025</wp:posOffset>
            </wp:positionV>
            <wp:extent cx="6001759" cy="1238561"/>
            <wp:effectExtent l="0" t="0" r="6985" b="14605"/>
            <wp:wrapNone/>
            <wp:docPr id="75" name="Text Box 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6001759" cy="1238561"/>
                    </a:xfrm>
                    <a:prstGeom prst="rect"/>
                    <a:solidFill>
                      <a:srgbClr val="FFFFFF"/>
                    </a:solidFill>
                    <a:ln w="6350">
                      <a:noFill/>
                    </a:ln>
                  </wps:spPr>
                  <wps:txbx>
                    <w:txbxContent>
                      <w:p>
                        <w:pPr>
                          <w:spacing w:line="240" w:lineRule="auto"/>
                          <w:ind w:firstLine="0"/>
                        </w:pPr>
                        <w:r>
                          <w:drawing>
                            <wp:inline xmlns:pic="http://schemas.openxmlformats.org/drawingml/2006/picture">
                              <wp:extent cx="6001759" cy="1213161"/>
                              <wp:docPr id="76" name="Picture 20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6" name="BAIDU_CLIP_iaIZakmbrv.png"/>
                                      <pic:cNvPicPr/>
                                    </pic:nvPicPr>
                                    <pic:blipFill>
                                      <a:blip r:embed="rId2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001759" cy="1213161"/>
                                      </a:xfrm>
                                      <a:prstGeom prst="rect"/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wps:txbx>
                  <wps:bodyPr vertOverflow="overflow" horzOverflow="overflow" wrap="square" lIns="0" tIns="0" rIns="0" bIns="0" compatLnSpc="1">
                    <a:noAutofit/>
                  </wps:bodyPr>
                </wps:wsp>
              </a:graphicData>
            </a:graphic>
          </wp:anchor>
        </w:drawing>
      </w:r>
      <w:r>
        <w:drawing>
          <wp:anchor simplePos="0" relativeHeight="251659264" behindDoc="0" locked="0" layoutInCell="1" allowOverlap="1">
            <wp:simplePos x="0" y="0"/>
            <wp:positionH relativeFrom="margin">
              <wp:posOffset>787577</wp:posOffset>
            </wp:positionH>
            <wp:positionV relativeFrom="margin">
              <wp:posOffset>5527795</wp:posOffset>
            </wp:positionV>
            <wp:extent cx="5927924" cy="307865"/>
            <wp:effectExtent l="0" t="0" r="6985" b="14605"/>
            <wp:wrapNone/>
            <wp:docPr id="77" name="Text Box 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5927924" cy="307865"/>
                    </a:xfrm>
                    <a:prstGeom prst="rect"/>
                    <a:solidFill>
                      <a:srgbClr val="FFFFFF"/>
                    </a:solidFill>
                    <a:ln w="6350">
                      <a:noFill/>
                    </a:ln>
                  </wps:spPr>
                  <wps:txbx>
                    <w:txbxContent>
                      <w:p>
                        <w:pPr>
                          <w:spacing w:line="200" w:lineRule="auto"/>
                          <w:ind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b w:val="1"/>
                          </w:rPr>
                          <w:t xml:space="preserve">2.2 Function Description</w:t>
                        </w:r>
                      </w:p>
                    </w:txbxContent>
                  </wps:txbx>
                  <wps:bodyPr vertOverflow="overflow" horzOverflow="overflow" wrap="square" lIns="0" tIns="0" rIns="0" bIns="0" compatLnSpc="1">
                    <a:noAutofit/>
                  </wps:bodyPr>
                </wps:wsp>
              </a:graphicData>
            </a:graphic>
          </wp:anchor>
        </w:drawing>
      </w:r>
      <w:r>
        <w:drawing>
          <wp:anchor simplePos="0" relativeHeight="251659264" behindDoc="0" locked="0" layoutInCell="1" allowOverlap="1">
            <wp:simplePos x="0" y="0"/>
            <wp:positionH relativeFrom="margin">
              <wp:posOffset>713741</wp:posOffset>
            </wp:positionH>
            <wp:positionV relativeFrom="margin">
              <wp:posOffset>5918116</wp:posOffset>
            </wp:positionV>
            <wp:extent cx="6001759" cy="2254803"/>
            <wp:effectExtent l="0" t="0" r="6985" b="14605"/>
            <wp:wrapNone/>
            <wp:docPr id="78" name="Text Box 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6001759" cy="2254803"/>
                    </a:xfrm>
                    <a:prstGeom prst="rect"/>
                    <a:solidFill>
                      <a:srgbClr val="FFFFFF"/>
                    </a:solidFill>
                    <a:ln w="6350">
                      <a:noFill/>
                    </a:ln>
                  </wps:spPr>
                  <wps:txbx>
                    <w:txbxContent>
                      <w:p>
                        <w:pPr>
                          <w:spacing w:line="240" w:lineRule="auto"/>
                          <w:ind w:firstLine="0"/>
                        </w:pPr>
                        <w:r>
                          <w:drawing>
                            <wp:inline xmlns:pic="http://schemas.openxmlformats.org/drawingml/2006/picture">
                              <wp:extent cx="6001759" cy="2229403"/>
                              <wp:docPr id="79" name="Picture 20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7" name="BAIDU_CLIP_XRinkpEATD.png"/>
                                      <pic:cNvPicPr/>
                                    </pic:nvPicPr>
                                    <pic:blipFill>
                                      <a:blip r:embed="rId25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001759" cy="2229403"/>
                                      </a:xfrm>
                                      <a:prstGeom prst="rect"/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wps:txbx>
                  <wps:bodyPr vertOverflow="overflow" horzOverflow="overflow" wrap="square" lIns="0" tIns="0" rIns="0" bIns="0" compatLnSpc="1">
                    <a:noAutofit/>
                  </wps:bodyPr>
                </wps:wsp>
              </a:graphicData>
            </a:graphic>
          </wp:anchor>
        </w:drawing>
      </w:r>
      <w:pPr>
        <w:spacing/>
      </w:pPr>
    </w:p>
    <w:sectPr w:rsidR="00FC693F" w:rsidRPr="0006063C" w:rsidSect="00034616">
      <w:pgSz w:w="11910" w:h="16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uff w:val="space"/>
      <w:start w:val="1"/>
      <w:numFmt w:val="decimal"/>
      <w:lvlText w:val="%1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uff w:val="space"/>
      <w:start w:val="1"/>
      <w:numFmt w:val="decimal"/>
      <w:lvlText w:val="%1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uff w:val="space"/>
      <w:start w:val="1"/>
      <w:numFmt w:val="decimal"/>
      <w:pStyle w:val="ListNumber3"/>
      <w:lvlText w:val="%1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uff w:val="space"/>
      <w:start w:val="1"/>
      <w:numFmt w:val="decimal"/>
      <w:pStyle w:val="ListNumber2"/>
      <w:lvlText w:val="%1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uff w:val="space"/>
      <w:start w:val="1"/>
      <w:numFmt w:val="decimal"/>
      <w:pStyle w:val="ListNumber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image" Target="media/image14.png"/><Relationship Id="rId23" Type="http://schemas.openxmlformats.org/officeDocument/2006/relationships/image" Target="media/image15.png"/><Relationship Id="rId24" Type="http://schemas.openxmlformats.org/officeDocument/2006/relationships/image" Target="media/image16.png"/><Relationship Id="rId25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  <dc:identifier/>
  <dc:language/>
</cp:coreProperties>
</file>